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EC5E4" w14:textId="0EE77498" w:rsidR="00DD255E" w:rsidRDefault="00701616">
      <w:pPr>
        <w:pStyle w:val="Nzev"/>
        <w:jc w:val="center"/>
        <w:rPr>
          <w:rFonts w:cstheme="majorHAnsi"/>
          <w:b/>
        </w:rPr>
      </w:pPr>
      <w:r>
        <w:rPr>
          <w:rFonts w:cstheme="majorHAnsi"/>
          <w:b/>
        </w:rPr>
        <w:t xml:space="preserve">SLYŠTE, DĚTI ZVÍDAVÉ. </w:t>
      </w:r>
      <w:proofErr w:type="spellStart"/>
      <w:r>
        <w:rPr>
          <w:rFonts w:cstheme="majorHAnsi"/>
          <w:b/>
        </w:rPr>
        <w:t>Část</w:t>
      </w:r>
      <w:proofErr w:type="spellEnd"/>
      <w:r>
        <w:rPr>
          <w:rFonts w:cstheme="majorHAnsi"/>
          <w:b/>
        </w:rPr>
        <w:t xml:space="preserve"> 2: Od </w:t>
      </w:r>
      <w:proofErr w:type="spellStart"/>
      <w:r>
        <w:rPr>
          <w:rFonts w:cstheme="majorHAnsi"/>
          <w:b/>
        </w:rPr>
        <w:t>myši</w:t>
      </w:r>
      <w:proofErr w:type="spellEnd"/>
      <w:r>
        <w:rPr>
          <w:rFonts w:cstheme="majorHAnsi"/>
          <w:b/>
        </w:rPr>
        <w:t xml:space="preserve"> k rypouši</w:t>
      </w:r>
      <w:bookmarkStart w:id="0" w:name="_GoBack"/>
      <w:bookmarkEnd w:id="0"/>
    </w:p>
    <w:p w14:paraId="1B3226CE" w14:textId="77777777" w:rsidR="00701616" w:rsidRPr="00701616" w:rsidRDefault="00701616" w:rsidP="00701616"/>
    <w:p w14:paraId="590A95BE" w14:textId="77777777" w:rsidR="00DD255E" w:rsidRPr="000752AF" w:rsidRDefault="00A26ABE">
      <w:pPr>
        <w:jc w:val="center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i/>
        </w:rPr>
        <w:t>Pracovní</w:t>
      </w:r>
      <w:proofErr w:type="spellEnd"/>
      <w:r w:rsidRPr="000752AF">
        <w:rPr>
          <w:rFonts w:asciiTheme="majorHAnsi" w:hAnsiTheme="majorHAnsi" w:cstheme="majorHAnsi"/>
          <w:i/>
        </w:rPr>
        <w:t xml:space="preserve"> list pro 8. </w:t>
      </w:r>
      <w:proofErr w:type="spellStart"/>
      <w:r w:rsidRPr="000752AF">
        <w:rPr>
          <w:rFonts w:asciiTheme="majorHAnsi" w:hAnsiTheme="majorHAnsi" w:cstheme="majorHAnsi"/>
          <w:i/>
        </w:rPr>
        <w:t>třídu</w:t>
      </w:r>
      <w:proofErr w:type="spellEnd"/>
    </w:p>
    <w:p w14:paraId="061F72AB" w14:textId="77777777" w:rsidR="00DD255E" w:rsidRPr="000752AF" w:rsidRDefault="00A26ABE">
      <w:pPr>
        <w:pStyle w:val="Nadpis1"/>
        <w:rPr>
          <w:rFonts w:cstheme="majorHAnsi"/>
        </w:rPr>
      </w:pPr>
      <w:r w:rsidRPr="000752AF">
        <w:rPr>
          <w:rFonts w:cstheme="majorHAnsi"/>
        </w:rPr>
        <w:t xml:space="preserve">1. </w:t>
      </w:r>
      <w:proofErr w:type="spellStart"/>
      <w:r w:rsidRPr="000752AF">
        <w:rPr>
          <w:rFonts w:cstheme="majorHAnsi"/>
        </w:rPr>
        <w:t>Než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začnete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číst</w:t>
      </w:r>
      <w:proofErr w:type="spellEnd"/>
    </w:p>
    <w:p w14:paraId="7F7EB906" w14:textId="47E0A921" w:rsidR="00DD255E" w:rsidRPr="000752AF" w:rsidRDefault="00A26ABE">
      <w:pPr>
        <w:pStyle w:val="Seznamsodrkami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Čtěte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pozorně</w:t>
      </w:r>
      <w:proofErr w:type="spellEnd"/>
      <w:r w:rsidRPr="000752AF">
        <w:rPr>
          <w:rFonts w:asciiTheme="majorHAnsi" w:hAnsiTheme="majorHAnsi" w:cstheme="majorHAnsi"/>
        </w:rPr>
        <w:t xml:space="preserve">, ale </w:t>
      </w:r>
      <w:proofErr w:type="spellStart"/>
      <w:r w:rsidRPr="000752AF">
        <w:rPr>
          <w:rFonts w:asciiTheme="majorHAnsi" w:hAnsiTheme="majorHAnsi" w:cstheme="majorHAnsi"/>
        </w:rPr>
        <w:t>svým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vlastním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tempem</w:t>
      </w:r>
      <w:proofErr w:type="spellEnd"/>
      <w:r w:rsidRPr="000752AF">
        <w:rPr>
          <w:rFonts w:asciiTheme="majorHAnsi" w:hAnsiTheme="majorHAnsi" w:cstheme="majorHAnsi"/>
        </w:rPr>
        <w:t xml:space="preserve">. </w:t>
      </w:r>
      <w:proofErr w:type="spellStart"/>
      <w:r w:rsidRPr="000752AF">
        <w:rPr>
          <w:rFonts w:asciiTheme="majorHAnsi" w:hAnsiTheme="majorHAnsi" w:cstheme="majorHAnsi"/>
        </w:rPr>
        <w:t>Nespěchejte</w:t>
      </w:r>
      <w:proofErr w:type="spellEnd"/>
      <w:r w:rsidRPr="000752AF">
        <w:rPr>
          <w:rFonts w:asciiTheme="majorHAnsi" w:hAnsiTheme="majorHAnsi" w:cstheme="majorHAnsi"/>
        </w:rPr>
        <w:t xml:space="preserve">. </w:t>
      </w:r>
    </w:p>
    <w:p w14:paraId="3B8D1025" w14:textId="3849CE1C" w:rsidR="00DD255E" w:rsidRPr="000752AF" w:rsidRDefault="00A26ABE">
      <w:pPr>
        <w:pStyle w:val="Seznamsodrkami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Během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čtení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zapisujte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r w:rsidR="00C85DD2" w:rsidRPr="000752AF">
        <w:rPr>
          <w:rFonts w:asciiTheme="majorHAnsi" w:hAnsiTheme="majorHAnsi" w:cstheme="majorHAnsi"/>
        </w:rPr>
        <w:t>t</w:t>
      </w:r>
      <w:r w:rsidR="00224775" w:rsidRPr="000752AF">
        <w:rPr>
          <w:rFonts w:asciiTheme="majorHAnsi" w:hAnsiTheme="majorHAnsi" w:cstheme="majorHAnsi"/>
        </w:rPr>
        <w:t xml:space="preserve">o, co </w:t>
      </w:r>
      <w:proofErr w:type="spellStart"/>
      <w:r w:rsidR="00224775" w:rsidRPr="000752AF">
        <w:rPr>
          <w:rFonts w:asciiTheme="majorHAnsi" w:hAnsiTheme="majorHAnsi" w:cstheme="majorHAnsi"/>
        </w:rPr>
        <w:t>vás</w:t>
      </w:r>
      <w:proofErr w:type="spellEnd"/>
      <w:r w:rsidR="00224775" w:rsidRPr="000752AF">
        <w:rPr>
          <w:rFonts w:asciiTheme="majorHAnsi" w:hAnsiTheme="majorHAnsi" w:cstheme="majorHAnsi"/>
        </w:rPr>
        <w:t xml:space="preserve"> </w:t>
      </w:r>
      <w:proofErr w:type="spellStart"/>
      <w:r w:rsidR="00224775" w:rsidRPr="000752AF">
        <w:rPr>
          <w:rFonts w:asciiTheme="majorHAnsi" w:hAnsiTheme="majorHAnsi" w:cstheme="majorHAnsi"/>
        </w:rPr>
        <w:t>pobavilo</w:t>
      </w:r>
      <w:proofErr w:type="spellEnd"/>
      <w:r w:rsidR="00224775" w:rsidRPr="000752AF">
        <w:rPr>
          <w:rFonts w:asciiTheme="majorHAnsi" w:hAnsiTheme="majorHAnsi" w:cstheme="majorHAnsi"/>
        </w:rPr>
        <w:t xml:space="preserve">, </w:t>
      </w:r>
      <w:proofErr w:type="spellStart"/>
      <w:r w:rsidR="00224775" w:rsidRPr="000752AF">
        <w:rPr>
          <w:rFonts w:asciiTheme="majorHAnsi" w:hAnsiTheme="majorHAnsi" w:cstheme="majorHAnsi"/>
        </w:rPr>
        <w:t>překvapilo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="00224775" w:rsidRPr="000752AF">
        <w:rPr>
          <w:rFonts w:asciiTheme="majorHAnsi" w:hAnsiTheme="majorHAnsi" w:cstheme="majorHAnsi"/>
        </w:rPr>
        <w:t>na</w:t>
      </w:r>
      <w:proofErr w:type="spellEnd"/>
      <w:r w:rsidR="00224775" w:rsidRPr="000752AF">
        <w:rPr>
          <w:rFonts w:asciiTheme="majorHAnsi" w:hAnsiTheme="majorHAnsi" w:cstheme="majorHAnsi"/>
        </w:rPr>
        <w:t xml:space="preserve"> co </w:t>
      </w:r>
      <w:proofErr w:type="spellStart"/>
      <w:r w:rsidR="00224775" w:rsidRPr="000752AF">
        <w:rPr>
          <w:rFonts w:asciiTheme="majorHAnsi" w:hAnsiTheme="majorHAnsi" w:cstheme="majorHAnsi"/>
        </w:rPr>
        <w:t>byste</w:t>
      </w:r>
      <w:proofErr w:type="spellEnd"/>
      <w:r w:rsidR="00224775" w:rsidRPr="000752AF">
        <w:rPr>
          <w:rFonts w:asciiTheme="majorHAnsi" w:hAnsiTheme="majorHAnsi" w:cstheme="majorHAnsi"/>
        </w:rPr>
        <w:t xml:space="preserve"> se </w:t>
      </w:r>
      <w:proofErr w:type="spellStart"/>
      <w:r w:rsidR="00224775" w:rsidRPr="000752AF">
        <w:rPr>
          <w:rFonts w:asciiTheme="majorHAnsi" w:hAnsiTheme="majorHAnsi" w:cstheme="majorHAnsi"/>
        </w:rPr>
        <w:t>chtěli</w:t>
      </w:r>
      <w:proofErr w:type="spellEnd"/>
      <w:r w:rsidR="00224775" w:rsidRPr="000752AF">
        <w:rPr>
          <w:rFonts w:asciiTheme="majorHAnsi" w:hAnsiTheme="majorHAnsi" w:cstheme="majorHAnsi"/>
        </w:rPr>
        <w:t xml:space="preserve"> </w:t>
      </w:r>
      <w:proofErr w:type="spellStart"/>
      <w:r w:rsidR="00224775" w:rsidRPr="000752AF">
        <w:rPr>
          <w:rFonts w:asciiTheme="majorHAnsi" w:hAnsiTheme="majorHAnsi" w:cstheme="majorHAnsi"/>
        </w:rPr>
        <w:t>zeptat</w:t>
      </w:r>
      <w:proofErr w:type="spellEnd"/>
      <w:r w:rsidR="00224775" w:rsidRPr="000752AF">
        <w:rPr>
          <w:rFonts w:asciiTheme="majorHAnsi" w:hAnsiTheme="majorHAnsi" w:cstheme="majorHAnsi"/>
        </w:rPr>
        <w:t xml:space="preserve">, </w:t>
      </w:r>
      <w:proofErr w:type="spellStart"/>
      <w:r w:rsidR="00224775" w:rsidRPr="000752AF">
        <w:rPr>
          <w:rFonts w:asciiTheme="majorHAnsi" w:hAnsiTheme="majorHAnsi" w:cstheme="majorHAnsi"/>
        </w:rPr>
        <w:t>jaká</w:t>
      </w:r>
      <w:proofErr w:type="spellEnd"/>
      <w:r w:rsidR="00224775" w:rsidRPr="000752AF">
        <w:rPr>
          <w:rFonts w:asciiTheme="majorHAnsi" w:hAnsiTheme="majorHAnsi" w:cstheme="majorHAnsi"/>
        </w:rPr>
        <w:t xml:space="preserve"> </w:t>
      </w:r>
      <w:proofErr w:type="spellStart"/>
      <w:r w:rsidR="00224775" w:rsidRPr="000752AF">
        <w:rPr>
          <w:rFonts w:asciiTheme="majorHAnsi" w:hAnsiTheme="majorHAnsi" w:cstheme="majorHAnsi"/>
        </w:rPr>
        <w:t>vzpomínka</w:t>
      </w:r>
      <w:proofErr w:type="spellEnd"/>
      <w:r w:rsidR="00224775" w:rsidRPr="000752AF">
        <w:rPr>
          <w:rFonts w:asciiTheme="majorHAnsi" w:hAnsiTheme="majorHAnsi" w:cstheme="majorHAnsi"/>
        </w:rPr>
        <w:t xml:space="preserve"> se </w:t>
      </w:r>
      <w:proofErr w:type="spellStart"/>
      <w:r w:rsidR="00224775" w:rsidRPr="000752AF">
        <w:rPr>
          <w:rFonts w:asciiTheme="majorHAnsi" w:hAnsiTheme="majorHAnsi" w:cstheme="majorHAnsi"/>
        </w:rPr>
        <w:t>vám</w:t>
      </w:r>
      <w:proofErr w:type="spellEnd"/>
      <w:r w:rsidR="00224775" w:rsidRPr="000752AF">
        <w:rPr>
          <w:rFonts w:asciiTheme="majorHAnsi" w:hAnsiTheme="majorHAnsi" w:cstheme="majorHAnsi"/>
        </w:rPr>
        <w:t xml:space="preserve"> </w:t>
      </w:r>
      <w:proofErr w:type="spellStart"/>
      <w:r w:rsidR="00224775" w:rsidRPr="000752AF">
        <w:rPr>
          <w:rFonts w:asciiTheme="majorHAnsi" w:hAnsiTheme="majorHAnsi" w:cstheme="majorHAnsi"/>
        </w:rPr>
        <w:t>vybavila</w:t>
      </w:r>
      <w:proofErr w:type="spellEnd"/>
      <w:r w:rsidR="00224775" w:rsidRPr="000752AF">
        <w:rPr>
          <w:rFonts w:asciiTheme="majorHAnsi" w:hAnsiTheme="majorHAnsi" w:cstheme="majorHAnsi"/>
        </w:rPr>
        <w:t xml:space="preserve">, </w:t>
      </w:r>
      <w:proofErr w:type="spellStart"/>
      <w:r w:rsidR="00224775" w:rsidRPr="000752AF">
        <w:rPr>
          <w:rFonts w:asciiTheme="majorHAnsi" w:hAnsiTheme="majorHAnsi" w:cstheme="majorHAnsi"/>
        </w:rPr>
        <w:t>verš</w:t>
      </w:r>
      <w:proofErr w:type="spellEnd"/>
      <w:r w:rsidR="00224775" w:rsidRPr="000752AF">
        <w:rPr>
          <w:rFonts w:asciiTheme="majorHAnsi" w:hAnsiTheme="majorHAnsi" w:cstheme="majorHAnsi"/>
        </w:rPr>
        <w:t xml:space="preserve">, </w:t>
      </w:r>
      <w:proofErr w:type="spellStart"/>
      <w:r w:rsidR="00224775" w:rsidRPr="000752AF">
        <w:rPr>
          <w:rFonts w:asciiTheme="majorHAnsi" w:hAnsiTheme="majorHAnsi" w:cstheme="majorHAnsi"/>
        </w:rPr>
        <w:t>který</w:t>
      </w:r>
      <w:proofErr w:type="spellEnd"/>
      <w:r w:rsidR="00224775" w:rsidRPr="000752AF">
        <w:rPr>
          <w:rFonts w:asciiTheme="majorHAnsi" w:hAnsiTheme="majorHAnsi" w:cstheme="majorHAnsi"/>
        </w:rPr>
        <w:t xml:space="preserve"> </w:t>
      </w:r>
      <w:proofErr w:type="spellStart"/>
      <w:r w:rsidR="00224775" w:rsidRPr="000752AF">
        <w:rPr>
          <w:rFonts w:asciiTheme="majorHAnsi" w:hAnsiTheme="majorHAnsi" w:cstheme="majorHAnsi"/>
        </w:rPr>
        <w:t>vás</w:t>
      </w:r>
      <w:proofErr w:type="spellEnd"/>
      <w:r w:rsidR="00224775" w:rsidRPr="000752AF">
        <w:rPr>
          <w:rFonts w:asciiTheme="majorHAnsi" w:hAnsiTheme="majorHAnsi" w:cstheme="majorHAnsi"/>
        </w:rPr>
        <w:t xml:space="preserve"> </w:t>
      </w:r>
      <w:proofErr w:type="spellStart"/>
      <w:r w:rsidR="00224775" w:rsidRPr="000752AF">
        <w:rPr>
          <w:rFonts w:asciiTheme="majorHAnsi" w:hAnsiTheme="majorHAnsi" w:cstheme="majorHAnsi"/>
        </w:rPr>
        <w:t>zaujal</w:t>
      </w:r>
      <w:proofErr w:type="spellEnd"/>
      <w:r w:rsidR="00224775" w:rsidRPr="000752AF">
        <w:rPr>
          <w:rFonts w:asciiTheme="majorHAnsi" w:hAnsiTheme="majorHAnsi" w:cstheme="majorHAnsi"/>
        </w:rPr>
        <w:t>….</w:t>
      </w:r>
    </w:p>
    <w:p w14:paraId="2DB123C0" w14:textId="77777777" w:rsidR="00DD255E" w:rsidRPr="000752AF" w:rsidRDefault="00A26ABE">
      <w:pPr>
        <w:pStyle w:val="Seznamsodrkami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Nesnažte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zatím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hledat</w:t>
      </w:r>
      <w:proofErr w:type="spellEnd"/>
      <w:r w:rsidRPr="000752AF">
        <w:rPr>
          <w:rFonts w:asciiTheme="majorHAnsi" w:hAnsiTheme="majorHAnsi" w:cstheme="majorHAnsi"/>
        </w:rPr>
        <w:t xml:space="preserve"> „</w:t>
      </w:r>
      <w:proofErr w:type="spellStart"/>
      <w:proofErr w:type="gramStart"/>
      <w:r w:rsidRPr="000752AF">
        <w:rPr>
          <w:rFonts w:asciiTheme="majorHAnsi" w:hAnsiTheme="majorHAnsi" w:cstheme="majorHAnsi"/>
        </w:rPr>
        <w:t>správné</w:t>
      </w:r>
      <w:proofErr w:type="spellEnd"/>
      <w:r w:rsidRPr="000752AF">
        <w:rPr>
          <w:rFonts w:asciiTheme="majorHAnsi" w:hAnsiTheme="majorHAnsi" w:cstheme="majorHAnsi"/>
        </w:rPr>
        <w:t xml:space="preserve">“ </w:t>
      </w:r>
      <w:proofErr w:type="spellStart"/>
      <w:r w:rsidRPr="000752AF">
        <w:rPr>
          <w:rFonts w:asciiTheme="majorHAnsi" w:hAnsiTheme="majorHAnsi" w:cstheme="majorHAnsi"/>
        </w:rPr>
        <w:t>odpovědi</w:t>
      </w:r>
      <w:proofErr w:type="spellEnd"/>
      <w:proofErr w:type="gramEnd"/>
      <w:r w:rsidRPr="000752AF">
        <w:rPr>
          <w:rFonts w:asciiTheme="majorHAnsi" w:hAnsiTheme="majorHAnsi" w:cstheme="majorHAnsi"/>
        </w:rPr>
        <w:t xml:space="preserve">. </w:t>
      </w:r>
      <w:proofErr w:type="spellStart"/>
      <w:r w:rsidRPr="000752AF">
        <w:rPr>
          <w:rFonts w:asciiTheme="majorHAnsi" w:hAnsiTheme="majorHAnsi" w:cstheme="majorHAnsi"/>
        </w:rPr>
        <w:t>Důležité</w:t>
      </w:r>
      <w:proofErr w:type="spellEnd"/>
      <w:r w:rsidRPr="000752AF">
        <w:rPr>
          <w:rFonts w:asciiTheme="majorHAnsi" w:hAnsiTheme="majorHAnsi" w:cstheme="majorHAnsi"/>
        </w:rPr>
        <w:t xml:space="preserve"> je, </w:t>
      </w:r>
      <w:proofErr w:type="spellStart"/>
      <w:r w:rsidRPr="000752AF">
        <w:rPr>
          <w:rFonts w:asciiTheme="majorHAnsi" w:hAnsiTheme="majorHAnsi" w:cstheme="majorHAnsi"/>
        </w:rPr>
        <w:t>jak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vás</w:t>
      </w:r>
      <w:proofErr w:type="spellEnd"/>
      <w:r w:rsidRPr="000752AF">
        <w:rPr>
          <w:rFonts w:asciiTheme="majorHAnsi" w:hAnsiTheme="majorHAnsi" w:cstheme="majorHAnsi"/>
        </w:rPr>
        <w:t xml:space="preserve"> text </w:t>
      </w:r>
      <w:proofErr w:type="spellStart"/>
      <w:r w:rsidRPr="000752AF">
        <w:rPr>
          <w:rFonts w:asciiTheme="majorHAnsi" w:hAnsiTheme="majorHAnsi" w:cstheme="majorHAnsi"/>
        </w:rPr>
        <w:t>skutečně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působí</w:t>
      </w:r>
      <w:proofErr w:type="spellEnd"/>
      <w:r w:rsidRPr="000752AF">
        <w:rPr>
          <w:rFonts w:asciiTheme="majorHAnsi" w:hAnsiTheme="majorHAnsi" w:cstheme="majorHAnsi"/>
        </w:rPr>
        <w:t>.</w:t>
      </w:r>
    </w:p>
    <w:p w14:paraId="7FB53B16" w14:textId="1A43CC4F" w:rsidR="00DD255E" w:rsidRPr="000752AF" w:rsidRDefault="00A26ABE">
      <w:pPr>
        <w:pStyle w:val="Seznamsodrkami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Všímejte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také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toho</w:t>
      </w:r>
      <w:proofErr w:type="spellEnd"/>
      <w:r w:rsidRPr="000752AF">
        <w:rPr>
          <w:rFonts w:asciiTheme="majorHAnsi" w:hAnsiTheme="majorHAnsi" w:cstheme="majorHAnsi"/>
        </w:rPr>
        <w:t xml:space="preserve">, co se o </w:t>
      </w:r>
      <w:proofErr w:type="spellStart"/>
      <w:r w:rsidRPr="000752AF">
        <w:rPr>
          <w:rFonts w:asciiTheme="majorHAnsi" w:hAnsiTheme="majorHAnsi" w:cstheme="majorHAnsi"/>
        </w:rPr>
        <w:t>zvířatech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dozvídáte</w:t>
      </w:r>
      <w:proofErr w:type="spellEnd"/>
      <w:r w:rsidRPr="000752AF">
        <w:rPr>
          <w:rFonts w:asciiTheme="majorHAnsi" w:hAnsiTheme="majorHAnsi" w:cstheme="majorHAnsi"/>
        </w:rPr>
        <w:t xml:space="preserve"> a </w:t>
      </w:r>
      <w:proofErr w:type="spellStart"/>
      <w:r w:rsidRPr="000752AF">
        <w:rPr>
          <w:rFonts w:asciiTheme="majorHAnsi" w:hAnsiTheme="majorHAnsi" w:cstheme="majorHAnsi"/>
        </w:rPr>
        <w:t>jak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autor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="001A5EF6" w:rsidRPr="000752AF">
        <w:rPr>
          <w:rFonts w:asciiTheme="majorHAnsi" w:hAnsiTheme="majorHAnsi" w:cstheme="majorHAnsi"/>
        </w:rPr>
        <w:t>věc</w:t>
      </w:r>
      <w:r w:rsidRPr="000752AF">
        <w:rPr>
          <w:rFonts w:asciiTheme="majorHAnsi" w:hAnsiTheme="majorHAnsi" w:cstheme="majorHAnsi"/>
        </w:rPr>
        <w:t>né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informace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mění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verše</w:t>
      </w:r>
      <w:proofErr w:type="spellEnd"/>
      <w:r w:rsidRPr="000752AF">
        <w:rPr>
          <w:rFonts w:asciiTheme="majorHAnsi" w:hAnsiTheme="majorHAnsi" w:cstheme="majorHAnsi"/>
        </w:rPr>
        <w:t>.</w:t>
      </w:r>
    </w:p>
    <w:p w14:paraId="778EDD53" w14:textId="7AF8D5F8" w:rsidR="00DD255E" w:rsidRPr="000752AF" w:rsidRDefault="00A26ABE">
      <w:pPr>
        <w:pStyle w:val="Nadpis1"/>
        <w:rPr>
          <w:rFonts w:cstheme="majorHAnsi"/>
        </w:rPr>
      </w:pPr>
      <w:r w:rsidRPr="000752AF">
        <w:rPr>
          <w:rFonts w:cstheme="majorHAnsi"/>
        </w:rPr>
        <w:t xml:space="preserve">2. </w:t>
      </w:r>
      <w:proofErr w:type="spellStart"/>
      <w:r w:rsidRPr="000752AF">
        <w:rPr>
          <w:rFonts w:cstheme="majorHAnsi"/>
        </w:rPr>
        <w:t>Text</w:t>
      </w:r>
      <w:r w:rsidR="00C85DD2" w:rsidRPr="000752AF">
        <w:rPr>
          <w:rFonts w:cstheme="majorHAnsi"/>
        </w:rPr>
        <w:t>y</w:t>
      </w:r>
      <w:proofErr w:type="spellEnd"/>
      <w:r w:rsidRPr="000752AF">
        <w:rPr>
          <w:rFonts w:cstheme="majorHAnsi"/>
        </w:rPr>
        <w:t xml:space="preserve"> k </w:t>
      </w:r>
      <w:proofErr w:type="spellStart"/>
      <w:r w:rsidRPr="000752AF">
        <w:rPr>
          <w:rFonts w:cstheme="majorHAnsi"/>
        </w:rPr>
        <w:t>přečtení</w:t>
      </w:r>
      <w:proofErr w:type="spellEnd"/>
    </w:p>
    <w:p w14:paraId="1B72DCD7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3ECDA07B" w14:textId="3735866D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Život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myší</w:t>
      </w:r>
      <w:proofErr w:type="spellEnd"/>
      <w:r w:rsidRPr="000752AF">
        <w:rPr>
          <w:rFonts w:asciiTheme="majorHAnsi" w:hAnsiTheme="majorHAnsi" w:cstheme="majorHAnsi"/>
        </w:rPr>
        <w:t xml:space="preserve"> dost se </w:t>
      </w:r>
      <w:proofErr w:type="spellStart"/>
      <w:r w:rsidRPr="000752AF">
        <w:rPr>
          <w:rFonts w:asciiTheme="majorHAnsi" w:hAnsiTheme="majorHAnsi" w:cstheme="majorHAnsi"/>
        </w:rPr>
        <w:t>liší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podle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toho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zda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jste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myší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africkou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či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makedonskou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domácí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či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ropuší</w:t>
      </w:r>
      <w:proofErr w:type="spellEnd"/>
      <w:r w:rsidRPr="000752AF">
        <w:rPr>
          <w:rFonts w:asciiTheme="majorHAnsi" w:hAnsiTheme="majorHAnsi" w:cstheme="majorHAnsi"/>
        </w:rPr>
        <w:t>…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Že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však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jiné</w:t>
      </w:r>
      <w:proofErr w:type="spellEnd"/>
      <w:r w:rsidRPr="000752AF">
        <w:rPr>
          <w:rFonts w:asciiTheme="majorHAnsi" w:hAnsiTheme="majorHAnsi" w:cstheme="majorHAnsi"/>
        </w:rPr>
        <w:t xml:space="preserve"> – </w:t>
      </w:r>
      <w:proofErr w:type="spellStart"/>
      <w:r w:rsidRPr="000752AF">
        <w:rPr>
          <w:rFonts w:asciiTheme="majorHAnsi" w:hAnsiTheme="majorHAnsi" w:cstheme="majorHAnsi"/>
        </w:rPr>
        <w:t>lidské</w:t>
      </w:r>
      <w:proofErr w:type="spellEnd"/>
      <w:r w:rsidRPr="000752AF">
        <w:rPr>
          <w:rFonts w:asciiTheme="majorHAnsi" w:hAnsiTheme="majorHAnsi" w:cstheme="majorHAnsi"/>
        </w:rPr>
        <w:t xml:space="preserve"> – </w:t>
      </w:r>
      <w:proofErr w:type="spellStart"/>
      <w:r w:rsidRPr="000752AF">
        <w:rPr>
          <w:rFonts w:asciiTheme="majorHAnsi" w:hAnsiTheme="majorHAnsi" w:cstheme="majorHAnsi"/>
        </w:rPr>
        <w:t>plémě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ať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už</w:t>
      </w:r>
      <w:proofErr w:type="spellEnd"/>
      <w:r w:rsidRPr="000752AF">
        <w:rPr>
          <w:rFonts w:asciiTheme="majorHAnsi" w:hAnsiTheme="majorHAnsi" w:cstheme="majorHAnsi"/>
        </w:rPr>
        <w:t xml:space="preserve"> z </w:t>
      </w:r>
      <w:proofErr w:type="spellStart"/>
      <w:r w:rsidRPr="000752AF">
        <w:rPr>
          <w:rFonts w:asciiTheme="majorHAnsi" w:hAnsiTheme="majorHAnsi" w:cstheme="majorHAnsi"/>
        </w:rPr>
        <w:t>kterékoli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země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myši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spíš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láteří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  <w:t xml:space="preserve">to ty </w:t>
      </w:r>
      <w:proofErr w:type="spellStart"/>
      <w:r w:rsidRPr="000752AF">
        <w:rPr>
          <w:rFonts w:asciiTheme="majorHAnsi" w:hAnsiTheme="majorHAnsi" w:cstheme="majorHAnsi"/>
        </w:rPr>
        <w:t>myši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netuší</w:t>
      </w:r>
      <w:proofErr w:type="spellEnd"/>
      <w:r w:rsidRPr="000752AF">
        <w:rPr>
          <w:rFonts w:asciiTheme="majorHAnsi" w:hAnsiTheme="majorHAnsi" w:cstheme="majorHAnsi"/>
        </w:rPr>
        <w:t>…</w:t>
      </w:r>
      <w:r w:rsidRPr="000752AF">
        <w:rPr>
          <w:rFonts w:asciiTheme="majorHAnsi" w:hAnsiTheme="majorHAnsi" w:cstheme="majorHAnsi"/>
        </w:rPr>
        <w:br/>
      </w:r>
    </w:p>
    <w:p w14:paraId="24DCCAB0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719254BD" w14:textId="208EE465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Nápadný</w:t>
      </w:r>
      <w:proofErr w:type="spellEnd"/>
      <w:r w:rsidRPr="000752AF">
        <w:rPr>
          <w:rFonts w:asciiTheme="majorHAnsi" w:hAnsiTheme="majorHAnsi" w:cstheme="majorHAnsi"/>
        </w:rPr>
        <w:t xml:space="preserve"> je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tom </w:t>
      </w:r>
      <w:proofErr w:type="spellStart"/>
      <w:r w:rsidRPr="000752AF">
        <w:rPr>
          <w:rFonts w:asciiTheme="majorHAnsi" w:hAnsiTheme="majorHAnsi" w:cstheme="majorHAnsi"/>
        </w:rPr>
        <w:t>ptáku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velký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hrbol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zobáku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Budeš</w:t>
      </w:r>
      <w:proofErr w:type="spellEnd"/>
      <w:r w:rsidRPr="000752AF">
        <w:rPr>
          <w:rFonts w:asciiTheme="majorHAnsi" w:hAnsiTheme="majorHAnsi" w:cstheme="majorHAnsi"/>
        </w:rPr>
        <w:t xml:space="preserve"> ale </w:t>
      </w:r>
      <w:proofErr w:type="spellStart"/>
      <w:r w:rsidRPr="000752AF">
        <w:rPr>
          <w:rFonts w:asciiTheme="majorHAnsi" w:hAnsiTheme="majorHAnsi" w:cstheme="majorHAnsi"/>
        </w:rPr>
        <w:t>kroutit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hlavou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nad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mou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další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ptačí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zprávou</w:t>
      </w:r>
      <w:proofErr w:type="spellEnd"/>
      <w:r w:rsidRPr="000752AF">
        <w:rPr>
          <w:rFonts w:asciiTheme="majorHAnsi" w:hAnsiTheme="majorHAnsi" w:cstheme="majorHAnsi"/>
        </w:rPr>
        <w:t>: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  <w:b/>
          <w:bCs/>
        </w:rPr>
        <w:t>Husa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labutí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domácí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bývá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husou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hlídací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</w:p>
    <w:p w14:paraId="712C6C2E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15C9D07F" w14:textId="10C52CA2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Hle</w:t>
      </w:r>
      <w:proofErr w:type="spellEnd"/>
      <w:r w:rsidRPr="000752AF">
        <w:rPr>
          <w:rFonts w:asciiTheme="majorHAnsi" w:hAnsiTheme="majorHAnsi" w:cstheme="majorHAnsi"/>
        </w:rPr>
        <w:t xml:space="preserve">: </w:t>
      </w:r>
      <w:proofErr w:type="spellStart"/>
      <w:r w:rsidRPr="000752AF">
        <w:rPr>
          <w:rFonts w:asciiTheme="majorHAnsi" w:hAnsiTheme="majorHAnsi" w:cstheme="majorHAnsi"/>
        </w:rPr>
        <w:t>Kulička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špejlích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posedává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větvích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nožky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tenké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tělo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zavalité</w:t>
      </w:r>
      <w:proofErr w:type="spellEnd"/>
      <w:r w:rsidRPr="000752AF">
        <w:rPr>
          <w:rFonts w:asciiTheme="majorHAnsi" w:hAnsiTheme="majorHAnsi" w:cstheme="majorHAnsi"/>
        </w:rPr>
        <w:t>;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ptáče</w:t>
      </w:r>
      <w:proofErr w:type="spellEnd"/>
      <w:r w:rsidRPr="000752AF">
        <w:rPr>
          <w:rFonts w:asciiTheme="majorHAnsi" w:hAnsiTheme="majorHAnsi" w:cstheme="majorHAnsi"/>
        </w:rPr>
        <w:t xml:space="preserve"> je to ale </w:t>
      </w:r>
      <w:proofErr w:type="spellStart"/>
      <w:r w:rsidRPr="000752AF">
        <w:rPr>
          <w:rFonts w:asciiTheme="majorHAnsi" w:hAnsiTheme="majorHAnsi" w:cstheme="majorHAnsi"/>
        </w:rPr>
        <w:t>hbité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Hlavně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pořád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vyzpěvuje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  <w:t xml:space="preserve">K </w:t>
      </w:r>
      <w:proofErr w:type="spellStart"/>
      <w:r w:rsidRPr="000752AF">
        <w:rPr>
          <w:rFonts w:asciiTheme="majorHAnsi" w:hAnsiTheme="majorHAnsi" w:cstheme="majorHAnsi"/>
        </w:rPr>
        <w:t>tomu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hrdě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vystavuje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náprsenku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často</w:t>
      </w:r>
      <w:proofErr w:type="spellEnd"/>
      <w:r w:rsidRPr="000752AF">
        <w:rPr>
          <w:rFonts w:asciiTheme="majorHAnsi" w:hAnsiTheme="majorHAnsi" w:cstheme="majorHAnsi"/>
        </w:rPr>
        <w:t xml:space="preserve"> do </w:t>
      </w:r>
      <w:proofErr w:type="spellStart"/>
      <w:r w:rsidRPr="000752AF">
        <w:rPr>
          <w:rFonts w:asciiTheme="majorHAnsi" w:hAnsiTheme="majorHAnsi" w:cstheme="majorHAnsi"/>
        </w:rPr>
        <w:t>červena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podle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toho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dočkalo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jména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  <w:t>(</w:t>
      </w:r>
      <w:proofErr w:type="spellStart"/>
      <w:r w:rsidRPr="000752AF">
        <w:rPr>
          <w:rFonts w:asciiTheme="majorHAnsi" w:hAnsiTheme="majorHAnsi" w:cstheme="majorHAnsi"/>
          <w:b/>
          <w:bCs/>
        </w:rPr>
        <w:t>červenka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obecná</w:t>
      </w:r>
      <w:proofErr w:type="spellEnd"/>
      <w:r w:rsidRPr="000752AF">
        <w:rPr>
          <w:rFonts w:asciiTheme="majorHAnsi" w:hAnsiTheme="majorHAnsi" w:cstheme="majorHAnsi"/>
        </w:rPr>
        <w:t>)</w:t>
      </w:r>
      <w:r w:rsidRPr="000752AF">
        <w:rPr>
          <w:rFonts w:asciiTheme="majorHAnsi" w:hAnsiTheme="majorHAnsi" w:cstheme="majorHAnsi"/>
        </w:rPr>
        <w:br/>
      </w:r>
    </w:p>
    <w:p w14:paraId="774E0DED" w14:textId="08793D74" w:rsidR="00A26AB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</w:p>
    <w:p w14:paraId="2E374476" w14:textId="194A3AFC" w:rsidR="00A26AB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</w:p>
    <w:p w14:paraId="4FC5A066" w14:textId="77777777" w:rsidR="00A26AB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</w:p>
    <w:p w14:paraId="7A505919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b/>
          <w:bCs/>
        </w:rPr>
        <w:t>Konipasi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luční</w:t>
      </w:r>
      <w:proofErr w:type="spellEnd"/>
      <w:r w:rsidRPr="000752AF">
        <w:rPr>
          <w:rFonts w:asciiTheme="majorHAnsi" w:hAnsiTheme="majorHAnsi" w:cstheme="majorHAnsi"/>
          <w:b/>
          <w:bCs/>
        </w:rPr>
        <w:br/>
      </w:r>
      <w:proofErr w:type="spellStart"/>
      <w:r w:rsidRPr="000752AF">
        <w:rPr>
          <w:rFonts w:asciiTheme="majorHAnsi" w:hAnsiTheme="majorHAnsi" w:cstheme="majorHAnsi"/>
        </w:rPr>
        <w:t>nebývají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hluční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Snadno</w:t>
      </w:r>
      <w:proofErr w:type="spellEnd"/>
      <w:r w:rsidRPr="000752AF">
        <w:rPr>
          <w:rFonts w:asciiTheme="majorHAnsi" w:hAnsiTheme="majorHAnsi" w:cstheme="majorHAnsi"/>
        </w:rPr>
        <w:t xml:space="preserve"> je </w:t>
      </w:r>
      <w:proofErr w:type="spellStart"/>
      <w:r w:rsidRPr="000752AF">
        <w:rPr>
          <w:rFonts w:asciiTheme="majorHAnsi" w:hAnsiTheme="majorHAnsi" w:cstheme="majorHAnsi"/>
        </w:rPr>
        <w:t>tak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přeslechnete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Poznáte</w:t>
      </w:r>
      <w:proofErr w:type="spellEnd"/>
      <w:r w:rsidRPr="000752AF">
        <w:rPr>
          <w:rFonts w:asciiTheme="majorHAnsi" w:hAnsiTheme="majorHAnsi" w:cstheme="majorHAnsi"/>
        </w:rPr>
        <w:t xml:space="preserve"> je </w:t>
      </w:r>
      <w:proofErr w:type="spellStart"/>
      <w:r w:rsidRPr="000752AF">
        <w:rPr>
          <w:rFonts w:asciiTheme="majorHAnsi" w:hAnsiTheme="majorHAnsi" w:cstheme="majorHAnsi"/>
        </w:rPr>
        <w:t>podle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bříška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  <w:t xml:space="preserve">to </w:t>
      </w:r>
      <w:proofErr w:type="spellStart"/>
      <w:r w:rsidRPr="000752AF">
        <w:rPr>
          <w:rFonts w:asciiTheme="majorHAnsi" w:hAnsiTheme="majorHAnsi" w:cstheme="majorHAnsi"/>
        </w:rPr>
        <w:t>jim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totiž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žlutě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kvete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</w:p>
    <w:p w14:paraId="207FA719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7777006D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 xml:space="preserve">V </w:t>
      </w:r>
      <w:proofErr w:type="spellStart"/>
      <w:r w:rsidRPr="000752AF">
        <w:rPr>
          <w:rFonts w:asciiTheme="majorHAnsi" w:hAnsiTheme="majorHAnsi" w:cstheme="majorHAnsi"/>
        </w:rPr>
        <w:t>parku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vzájemně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uklání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dvojice</w:t>
      </w:r>
      <w:proofErr w:type="spellEnd"/>
      <w:r w:rsidRPr="000752AF">
        <w:rPr>
          <w:rFonts w:asciiTheme="majorHAnsi" w:hAnsiTheme="majorHAnsi" w:cstheme="majorHAnsi"/>
        </w:rPr>
        <w:t xml:space="preserve"> – </w:t>
      </w:r>
      <w:proofErr w:type="spellStart"/>
      <w:r w:rsidRPr="000752AF">
        <w:rPr>
          <w:rFonts w:asciiTheme="majorHAnsi" w:hAnsiTheme="majorHAnsi" w:cstheme="majorHAnsi"/>
        </w:rPr>
        <w:t>páreček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havraní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  <w:t xml:space="preserve">Do </w:t>
      </w:r>
      <w:proofErr w:type="spellStart"/>
      <w:r w:rsidRPr="000752AF">
        <w:rPr>
          <w:rFonts w:asciiTheme="majorHAnsi" w:hAnsiTheme="majorHAnsi" w:cstheme="majorHAnsi"/>
        </w:rPr>
        <w:t>námluv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úplně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zabraní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předvádí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společné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hopsání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větvích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nebo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zas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zemi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Protože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mají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srdce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zjihlá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jejich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hlučná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píseň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ztichla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Ještě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proberou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peříčky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Sameček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hledá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větvičky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což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vyvolené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ukáže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že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hnízdo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stavět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dokáže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Takové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pozorné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chování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zaslouží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určitě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uznání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Obzvláště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když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spolu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věrně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žijí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byť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sídlí</w:t>
      </w:r>
      <w:proofErr w:type="spellEnd"/>
      <w:r w:rsidRPr="000752AF">
        <w:rPr>
          <w:rFonts w:asciiTheme="majorHAnsi" w:hAnsiTheme="majorHAnsi" w:cstheme="majorHAnsi"/>
        </w:rPr>
        <w:t xml:space="preserve"> v </w:t>
      </w:r>
      <w:proofErr w:type="spellStart"/>
      <w:r w:rsidRPr="000752AF">
        <w:rPr>
          <w:rFonts w:asciiTheme="majorHAnsi" w:hAnsiTheme="majorHAnsi" w:cstheme="majorHAnsi"/>
        </w:rPr>
        <w:t>havraní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kolonii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Nemá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prý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smysl</w:t>
      </w:r>
      <w:proofErr w:type="spellEnd"/>
      <w:r w:rsidRPr="000752AF">
        <w:rPr>
          <w:rFonts w:asciiTheme="majorHAnsi" w:hAnsiTheme="majorHAnsi" w:cstheme="majorHAnsi"/>
        </w:rPr>
        <w:t xml:space="preserve"> pro humor –</w:t>
      </w:r>
      <w:r w:rsidRPr="000752AF">
        <w:rPr>
          <w:rFonts w:asciiTheme="majorHAnsi" w:hAnsiTheme="majorHAnsi" w:cstheme="majorHAnsi"/>
        </w:rPr>
        <w:br/>
        <w:t xml:space="preserve">v </w:t>
      </w:r>
      <w:proofErr w:type="spellStart"/>
      <w:r w:rsidRPr="000752AF">
        <w:rPr>
          <w:rFonts w:asciiTheme="majorHAnsi" w:hAnsiTheme="majorHAnsi" w:cstheme="majorHAnsi"/>
        </w:rPr>
        <w:t>partnerství</w:t>
      </w:r>
      <w:proofErr w:type="spellEnd"/>
      <w:r w:rsidRPr="000752AF">
        <w:rPr>
          <w:rFonts w:asciiTheme="majorHAnsi" w:hAnsiTheme="majorHAnsi" w:cstheme="majorHAnsi"/>
        </w:rPr>
        <w:t xml:space="preserve"> je </w:t>
      </w:r>
      <w:proofErr w:type="spellStart"/>
      <w:r w:rsidRPr="000752AF">
        <w:rPr>
          <w:rFonts w:asciiTheme="majorHAnsi" w:hAnsiTheme="majorHAnsi" w:cstheme="majorHAnsi"/>
        </w:rPr>
        <w:t>však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havran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vzor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</w:p>
    <w:p w14:paraId="41B42D43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2B58489D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Zobák</w:t>
      </w:r>
      <w:proofErr w:type="spellEnd"/>
      <w:r w:rsidRPr="000752AF">
        <w:rPr>
          <w:rFonts w:asciiTheme="majorHAnsi" w:hAnsiTheme="majorHAnsi" w:cstheme="majorHAnsi"/>
        </w:rPr>
        <w:t xml:space="preserve"> a </w:t>
      </w:r>
      <w:proofErr w:type="spellStart"/>
      <w:r w:rsidRPr="000752AF">
        <w:rPr>
          <w:rFonts w:asciiTheme="majorHAnsi" w:hAnsiTheme="majorHAnsi" w:cstheme="majorHAnsi"/>
        </w:rPr>
        <w:t>nohy</w:t>
      </w:r>
      <w:proofErr w:type="spellEnd"/>
      <w:r w:rsidRPr="000752AF">
        <w:rPr>
          <w:rFonts w:asciiTheme="majorHAnsi" w:hAnsiTheme="majorHAnsi" w:cstheme="majorHAnsi"/>
        </w:rPr>
        <w:t xml:space="preserve"> do </w:t>
      </w:r>
      <w:proofErr w:type="spellStart"/>
      <w:r w:rsidRPr="000752AF">
        <w:rPr>
          <w:rFonts w:asciiTheme="majorHAnsi" w:hAnsiTheme="majorHAnsi" w:cstheme="majorHAnsi"/>
        </w:rPr>
        <w:t>červena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Peří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jim</w:t>
      </w:r>
      <w:proofErr w:type="spellEnd"/>
      <w:r w:rsidRPr="000752AF">
        <w:rPr>
          <w:rFonts w:asciiTheme="majorHAnsi" w:hAnsiTheme="majorHAnsi" w:cstheme="majorHAnsi"/>
        </w:rPr>
        <w:t xml:space="preserve"> ale </w:t>
      </w:r>
      <w:proofErr w:type="spellStart"/>
      <w:r w:rsidRPr="000752AF">
        <w:rPr>
          <w:rFonts w:asciiTheme="majorHAnsi" w:hAnsiTheme="majorHAnsi" w:cstheme="majorHAnsi"/>
        </w:rPr>
        <w:t>nezčervená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bývají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černí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nebo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bílí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Zimují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kdesi</w:t>
      </w:r>
      <w:proofErr w:type="spellEnd"/>
      <w:r w:rsidRPr="000752AF">
        <w:rPr>
          <w:rFonts w:asciiTheme="majorHAnsi" w:hAnsiTheme="majorHAnsi" w:cstheme="majorHAnsi"/>
        </w:rPr>
        <w:t xml:space="preserve"> v </w:t>
      </w:r>
      <w:proofErr w:type="spellStart"/>
      <w:r w:rsidRPr="000752AF">
        <w:rPr>
          <w:rFonts w:asciiTheme="majorHAnsi" w:hAnsiTheme="majorHAnsi" w:cstheme="majorHAnsi"/>
        </w:rPr>
        <w:t>tramtárii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Hlavně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vraťte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milí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čápi</w:t>
      </w:r>
      <w:proofErr w:type="spellEnd"/>
      <w:r w:rsidRPr="000752AF">
        <w:rPr>
          <w:rFonts w:asciiTheme="majorHAnsi" w:hAnsiTheme="majorHAnsi" w:cstheme="majorHAnsi"/>
        </w:rPr>
        <w:t>!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Váš</w:t>
      </w:r>
      <w:proofErr w:type="spellEnd"/>
      <w:r w:rsidRPr="000752AF">
        <w:rPr>
          <w:rFonts w:asciiTheme="majorHAnsi" w:hAnsiTheme="majorHAnsi" w:cstheme="majorHAnsi"/>
        </w:rPr>
        <w:t xml:space="preserve"> let je </w:t>
      </w:r>
      <w:proofErr w:type="spellStart"/>
      <w:r w:rsidRPr="000752AF">
        <w:rPr>
          <w:rFonts w:asciiTheme="majorHAnsi" w:hAnsiTheme="majorHAnsi" w:cstheme="majorHAnsi"/>
        </w:rPr>
        <w:t>krásný</w:t>
      </w:r>
      <w:proofErr w:type="spellEnd"/>
      <w:r w:rsidRPr="000752AF">
        <w:rPr>
          <w:rFonts w:asciiTheme="majorHAnsi" w:hAnsiTheme="majorHAnsi" w:cstheme="majorHAnsi"/>
        </w:rPr>
        <w:t xml:space="preserve">. A </w:t>
      </w:r>
      <w:proofErr w:type="spellStart"/>
      <w:r w:rsidRPr="000752AF">
        <w:rPr>
          <w:rFonts w:asciiTheme="majorHAnsi" w:hAnsiTheme="majorHAnsi" w:cstheme="majorHAnsi"/>
        </w:rPr>
        <w:t>vy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taky</w:t>
      </w:r>
      <w:proofErr w:type="spellEnd"/>
      <w:r w:rsidRPr="000752AF">
        <w:rPr>
          <w:rFonts w:asciiTheme="majorHAnsi" w:hAnsiTheme="majorHAnsi" w:cstheme="majorHAnsi"/>
        </w:rPr>
        <w:t>…</w:t>
      </w:r>
      <w:r w:rsidRPr="000752AF">
        <w:rPr>
          <w:rFonts w:asciiTheme="majorHAnsi" w:hAnsiTheme="majorHAnsi" w:cstheme="majorHAnsi"/>
        </w:rPr>
        <w:br/>
      </w:r>
    </w:p>
    <w:p w14:paraId="05185478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74E681FA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 xml:space="preserve">Pink, pink, pink, </w:t>
      </w:r>
      <w:proofErr w:type="spellStart"/>
      <w:r w:rsidRPr="000752AF">
        <w:rPr>
          <w:rFonts w:asciiTheme="majorHAnsi" w:hAnsiTheme="majorHAnsi" w:cstheme="majorHAnsi"/>
        </w:rPr>
        <w:t>zpívá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sameček</w:t>
      </w:r>
      <w:proofErr w:type="spellEnd"/>
      <w:r w:rsidRPr="000752AF">
        <w:rPr>
          <w:rFonts w:asciiTheme="majorHAnsi" w:hAnsiTheme="majorHAnsi" w:cstheme="majorHAnsi"/>
        </w:rPr>
        <w:t>;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chce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totiž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tvořit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páreček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Samičce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tohle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pinkání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jako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lásky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vyznání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  <w:t xml:space="preserve">A </w:t>
      </w:r>
      <w:proofErr w:type="spellStart"/>
      <w:r w:rsidRPr="000752AF">
        <w:rPr>
          <w:rFonts w:asciiTheme="majorHAnsi" w:hAnsiTheme="majorHAnsi" w:cstheme="majorHAnsi"/>
        </w:rPr>
        <w:t>pak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ptáci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pinkaví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vysedí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nové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pěnkavy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</w:p>
    <w:p w14:paraId="6E6B8948" w14:textId="77777777" w:rsidR="000752AF" w:rsidRDefault="000752AF">
      <w:pPr>
        <w:spacing w:after="140" w:line="252" w:lineRule="auto"/>
        <w:rPr>
          <w:rFonts w:asciiTheme="majorHAnsi" w:hAnsiTheme="majorHAnsi" w:cstheme="majorHAnsi"/>
        </w:rPr>
      </w:pPr>
    </w:p>
    <w:p w14:paraId="4914E52C" w14:textId="77777777" w:rsidR="000752AF" w:rsidRDefault="000752AF">
      <w:pPr>
        <w:spacing w:after="140" w:line="252" w:lineRule="auto"/>
        <w:rPr>
          <w:rFonts w:asciiTheme="majorHAnsi" w:hAnsiTheme="majorHAnsi" w:cstheme="majorHAnsi"/>
        </w:rPr>
      </w:pPr>
    </w:p>
    <w:p w14:paraId="7B0B8662" w14:textId="77777777" w:rsid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Krátké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nohy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zavalité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tělo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bílá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hlava</w:t>
      </w:r>
      <w:proofErr w:type="spellEnd"/>
      <w:r w:rsidRPr="000752AF">
        <w:rPr>
          <w:rFonts w:asciiTheme="majorHAnsi" w:hAnsiTheme="majorHAnsi" w:cstheme="majorHAnsi"/>
        </w:rPr>
        <w:t xml:space="preserve"> s </w:t>
      </w:r>
      <w:proofErr w:type="spellStart"/>
      <w:r w:rsidRPr="000752AF">
        <w:rPr>
          <w:rFonts w:asciiTheme="majorHAnsi" w:hAnsiTheme="majorHAnsi" w:cstheme="majorHAnsi"/>
        </w:rPr>
        <w:t>černým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značením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Plachý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tvor</w:t>
      </w:r>
      <w:proofErr w:type="spellEnd"/>
      <w:r w:rsidRPr="000752AF">
        <w:rPr>
          <w:rFonts w:asciiTheme="majorHAnsi" w:hAnsiTheme="majorHAnsi" w:cstheme="majorHAnsi"/>
        </w:rPr>
        <w:t xml:space="preserve">, co </w:t>
      </w:r>
      <w:proofErr w:type="spellStart"/>
      <w:r w:rsidRPr="000752AF">
        <w:rPr>
          <w:rFonts w:asciiTheme="majorHAnsi" w:hAnsiTheme="majorHAnsi" w:cstheme="majorHAnsi"/>
        </w:rPr>
        <w:t>přes</w:t>
      </w:r>
      <w:proofErr w:type="spellEnd"/>
      <w:r w:rsidRPr="000752AF">
        <w:rPr>
          <w:rFonts w:asciiTheme="majorHAnsi" w:hAnsiTheme="majorHAnsi" w:cstheme="majorHAnsi"/>
        </w:rPr>
        <w:t xml:space="preserve"> den v </w:t>
      </w:r>
      <w:proofErr w:type="spellStart"/>
      <w:r w:rsidRPr="000752AF">
        <w:rPr>
          <w:rFonts w:asciiTheme="majorHAnsi" w:hAnsiTheme="majorHAnsi" w:cstheme="majorHAnsi"/>
        </w:rPr>
        <w:t>noře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spává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nevídává</w:t>
      </w:r>
      <w:proofErr w:type="spellEnd"/>
      <w:r w:rsidRPr="000752AF">
        <w:rPr>
          <w:rFonts w:asciiTheme="majorHAnsi" w:hAnsiTheme="majorHAnsi" w:cstheme="majorHAnsi"/>
        </w:rPr>
        <w:t xml:space="preserve"> s </w:t>
      </w:r>
      <w:proofErr w:type="spellStart"/>
      <w:r w:rsidRPr="000752AF">
        <w:rPr>
          <w:rFonts w:asciiTheme="majorHAnsi" w:hAnsiTheme="majorHAnsi" w:cstheme="majorHAnsi"/>
        </w:rPr>
        <w:t>velkým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nadšením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když</w:t>
      </w:r>
      <w:proofErr w:type="spellEnd"/>
      <w:r w:rsidRPr="000752AF">
        <w:rPr>
          <w:rFonts w:asciiTheme="majorHAnsi" w:hAnsiTheme="majorHAnsi" w:cstheme="majorHAnsi"/>
        </w:rPr>
        <w:t xml:space="preserve"> mu </w:t>
      </w:r>
      <w:proofErr w:type="spellStart"/>
      <w:r w:rsidRPr="000752AF">
        <w:rPr>
          <w:rFonts w:asciiTheme="majorHAnsi" w:hAnsiTheme="majorHAnsi" w:cstheme="majorHAnsi"/>
        </w:rPr>
        <w:t>někdo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leze</w:t>
      </w:r>
      <w:proofErr w:type="spellEnd"/>
      <w:r w:rsidRPr="000752AF">
        <w:rPr>
          <w:rFonts w:asciiTheme="majorHAnsi" w:hAnsiTheme="majorHAnsi" w:cstheme="majorHAnsi"/>
        </w:rPr>
        <w:t xml:space="preserve"> do </w:t>
      </w:r>
      <w:proofErr w:type="spellStart"/>
      <w:r w:rsidRPr="000752AF">
        <w:rPr>
          <w:rFonts w:asciiTheme="majorHAnsi" w:hAnsiTheme="majorHAnsi" w:cstheme="majorHAnsi"/>
        </w:rPr>
        <w:t>rajónu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těžko</w:t>
      </w:r>
      <w:proofErr w:type="spellEnd"/>
      <w:r w:rsidRPr="000752AF">
        <w:rPr>
          <w:rFonts w:asciiTheme="majorHAnsi" w:hAnsiTheme="majorHAnsi" w:cstheme="majorHAnsi"/>
        </w:rPr>
        <w:t xml:space="preserve"> se s </w:t>
      </w:r>
      <w:proofErr w:type="spellStart"/>
      <w:r w:rsidRPr="000752AF">
        <w:rPr>
          <w:rFonts w:asciiTheme="majorHAnsi" w:hAnsiTheme="majorHAnsi" w:cstheme="majorHAnsi"/>
        </w:rPr>
        <w:t>ním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někdy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spřátelím</w:t>
      </w:r>
      <w:proofErr w:type="spellEnd"/>
      <w:r w:rsidRPr="000752AF">
        <w:rPr>
          <w:rFonts w:asciiTheme="majorHAnsi" w:hAnsiTheme="majorHAnsi" w:cstheme="majorHAnsi"/>
        </w:rPr>
        <w:t>…</w:t>
      </w:r>
      <w:r w:rsidRPr="000752AF">
        <w:rPr>
          <w:rFonts w:asciiTheme="majorHAnsi" w:hAnsiTheme="majorHAnsi" w:cstheme="majorHAnsi"/>
        </w:rPr>
        <w:br/>
      </w:r>
    </w:p>
    <w:p w14:paraId="4A1556F2" w14:textId="41A89290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(</w:t>
      </w:r>
      <w:proofErr w:type="spellStart"/>
      <w:r w:rsidRPr="000752AF">
        <w:rPr>
          <w:rFonts w:asciiTheme="majorHAnsi" w:hAnsiTheme="majorHAnsi" w:cstheme="majorHAnsi"/>
          <w:b/>
          <w:bCs/>
        </w:rPr>
        <w:t>jezevec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lesní</w:t>
      </w:r>
      <w:proofErr w:type="spellEnd"/>
      <w:r w:rsidRPr="000752AF">
        <w:rPr>
          <w:rFonts w:asciiTheme="majorHAnsi" w:hAnsiTheme="majorHAnsi" w:cstheme="majorHAnsi"/>
        </w:rPr>
        <w:t>)</w:t>
      </w:r>
      <w:r w:rsidRPr="000752AF">
        <w:rPr>
          <w:rFonts w:asciiTheme="majorHAnsi" w:hAnsiTheme="majorHAnsi" w:cstheme="majorHAnsi"/>
        </w:rPr>
        <w:br/>
      </w:r>
    </w:p>
    <w:p w14:paraId="0860AE4A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2FB556F6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Kdo</w:t>
      </w:r>
      <w:proofErr w:type="spellEnd"/>
      <w:r w:rsidRPr="000752AF">
        <w:rPr>
          <w:rFonts w:asciiTheme="majorHAnsi" w:hAnsiTheme="majorHAnsi" w:cstheme="majorHAnsi"/>
        </w:rPr>
        <w:t xml:space="preserve"> by </w:t>
      </w:r>
      <w:proofErr w:type="spellStart"/>
      <w:r w:rsidRPr="000752AF">
        <w:rPr>
          <w:rFonts w:asciiTheme="majorHAnsi" w:hAnsiTheme="majorHAnsi" w:cstheme="majorHAnsi"/>
        </w:rPr>
        <w:t>chtěl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vytvořit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jeden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tým</w:t>
      </w:r>
      <w:proofErr w:type="spellEnd"/>
      <w:r w:rsidRPr="000752AF">
        <w:rPr>
          <w:rFonts w:asciiTheme="majorHAnsi" w:hAnsiTheme="majorHAnsi" w:cstheme="majorHAnsi"/>
        </w:rPr>
        <w:br/>
        <w:t xml:space="preserve">s </w:t>
      </w:r>
      <w:proofErr w:type="spellStart"/>
      <w:r w:rsidRPr="000752AF">
        <w:rPr>
          <w:rFonts w:asciiTheme="majorHAnsi" w:hAnsiTheme="majorHAnsi" w:cstheme="majorHAnsi"/>
          <w:b/>
          <w:bCs/>
        </w:rPr>
        <w:t>prasetem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divokým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musí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obléknout</w:t>
      </w:r>
      <w:proofErr w:type="spellEnd"/>
      <w:r w:rsidRPr="000752AF">
        <w:rPr>
          <w:rFonts w:asciiTheme="majorHAnsi" w:hAnsiTheme="majorHAnsi" w:cstheme="majorHAnsi"/>
        </w:rPr>
        <w:t xml:space="preserve"> do </w:t>
      </w:r>
      <w:proofErr w:type="spellStart"/>
      <w:r w:rsidRPr="000752AF">
        <w:rPr>
          <w:rFonts w:asciiTheme="majorHAnsi" w:hAnsiTheme="majorHAnsi" w:cstheme="majorHAnsi"/>
        </w:rPr>
        <w:t>černé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  <w:t xml:space="preserve">Jen </w:t>
      </w:r>
      <w:proofErr w:type="spellStart"/>
      <w:r w:rsidRPr="000752AF">
        <w:rPr>
          <w:rFonts w:asciiTheme="majorHAnsi" w:hAnsiTheme="majorHAnsi" w:cstheme="majorHAnsi"/>
        </w:rPr>
        <w:t>junioři</w:t>
      </w:r>
      <w:proofErr w:type="spellEnd"/>
      <w:r w:rsidRPr="000752AF">
        <w:rPr>
          <w:rFonts w:asciiTheme="majorHAnsi" w:hAnsiTheme="majorHAnsi" w:cstheme="majorHAnsi"/>
        </w:rPr>
        <w:t xml:space="preserve"> a </w:t>
      </w:r>
      <w:proofErr w:type="spellStart"/>
      <w:r w:rsidRPr="000752AF">
        <w:rPr>
          <w:rFonts w:asciiTheme="majorHAnsi" w:hAnsiTheme="majorHAnsi" w:cstheme="majorHAnsi"/>
        </w:rPr>
        <w:t>juniorky</w:t>
      </w:r>
      <w:proofErr w:type="spellEnd"/>
      <w:r w:rsidRPr="000752AF">
        <w:rPr>
          <w:rFonts w:asciiTheme="majorHAnsi" w:hAnsiTheme="majorHAnsi" w:cstheme="majorHAnsi"/>
        </w:rPr>
        <w:br/>
        <w:t>(</w:t>
      </w:r>
      <w:proofErr w:type="spellStart"/>
      <w:r w:rsidRPr="000752AF">
        <w:rPr>
          <w:rFonts w:asciiTheme="majorHAnsi" w:hAnsiTheme="majorHAnsi" w:cstheme="majorHAnsi"/>
        </w:rPr>
        <w:t>malí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prasečí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kluci</w:t>
      </w:r>
      <w:proofErr w:type="spellEnd"/>
      <w:r w:rsidRPr="000752AF">
        <w:rPr>
          <w:rFonts w:asciiTheme="majorHAnsi" w:hAnsiTheme="majorHAnsi" w:cstheme="majorHAnsi"/>
        </w:rPr>
        <w:t xml:space="preserve"> a </w:t>
      </w:r>
      <w:proofErr w:type="spellStart"/>
      <w:r w:rsidRPr="000752AF">
        <w:rPr>
          <w:rFonts w:asciiTheme="majorHAnsi" w:hAnsiTheme="majorHAnsi" w:cstheme="majorHAnsi"/>
        </w:rPr>
        <w:t>holky</w:t>
      </w:r>
      <w:proofErr w:type="spellEnd"/>
      <w:r w:rsidRPr="000752AF">
        <w:rPr>
          <w:rFonts w:asciiTheme="majorHAnsi" w:hAnsiTheme="majorHAnsi" w:cstheme="majorHAnsi"/>
        </w:rPr>
        <w:t>)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nosí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dres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pyžamový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  <w:t xml:space="preserve">s </w:t>
      </w:r>
      <w:proofErr w:type="spellStart"/>
      <w:r w:rsidRPr="000752AF">
        <w:rPr>
          <w:rFonts w:asciiTheme="majorHAnsi" w:hAnsiTheme="majorHAnsi" w:cstheme="majorHAnsi"/>
        </w:rPr>
        <w:t>pruhy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  <w:t xml:space="preserve">S </w:t>
      </w:r>
      <w:proofErr w:type="spellStart"/>
      <w:r w:rsidRPr="000752AF">
        <w:rPr>
          <w:rFonts w:asciiTheme="majorHAnsi" w:hAnsiTheme="majorHAnsi" w:cstheme="majorHAnsi"/>
        </w:rPr>
        <w:t>těmi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však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nebývá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radno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hrát</w:t>
      </w:r>
      <w:proofErr w:type="spellEnd"/>
      <w:r w:rsidRPr="000752AF">
        <w:rPr>
          <w:rFonts w:asciiTheme="majorHAnsi" w:hAnsiTheme="majorHAnsi" w:cstheme="majorHAnsi"/>
        </w:rPr>
        <w:t>: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pokaždé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nablízku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bude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stát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velestarostlivá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maminka</w:t>
      </w:r>
      <w:proofErr w:type="spellEnd"/>
      <w:r w:rsidRPr="000752AF">
        <w:rPr>
          <w:rFonts w:asciiTheme="majorHAnsi" w:hAnsiTheme="majorHAnsi" w:cstheme="majorHAnsi"/>
        </w:rPr>
        <w:t xml:space="preserve"> – </w:t>
      </w:r>
      <w:proofErr w:type="spellStart"/>
      <w:r w:rsidRPr="000752AF">
        <w:rPr>
          <w:rFonts w:asciiTheme="majorHAnsi" w:hAnsiTheme="majorHAnsi" w:cstheme="majorHAnsi"/>
        </w:rPr>
        <w:t>bachyně</w:t>
      </w:r>
      <w:proofErr w:type="spellEnd"/>
      <w:r w:rsidRPr="000752AF">
        <w:rPr>
          <w:rFonts w:asciiTheme="majorHAnsi" w:hAnsiTheme="majorHAnsi" w:cstheme="majorHAnsi"/>
        </w:rPr>
        <w:br/>
        <w:t xml:space="preserve">a ta </w:t>
      </w:r>
      <w:proofErr w:type="spellStart"/>
      <w:r w:rsidRPr="000752AF">
        <w:rPr>
          <w:rFonts w:asciiTheme="majorHAnsi" w:hAnsiTheme="majorHAnsi" w:cstheme="majorHAnsi"/>
        </w:rPr>
        <w:t>tě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od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selat</w:t>
      </w:r>
      <w:proofErr w:type="spellEnd"/>
      <w:r w:rsidRPr="000752AF">
        <w:rPr>
          <w:rFonts w:asciiTheme="majorHAnsi" w:hAnsiTheme="majorHAnsi" w:cstheme="majorHAnsi"/>
        </w:rPr>
        <w:t xml:space="preserve"> dost </w:t>
      </w:r>
      <w:proofErr w:type="spellStart"/>
      <w:r w:rsidRPr="000752AF">
        <w:rPr>
          <w:rFonts w:asciiTheme="majorHAnsi" w:hAnsiTheme="majorHAnsi" w:cstheme="majorHAnsi"/>
        </w:rPr>
        <w:t>drsně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odžene</w:t>
      </w:r>
      <w:proofErr w:type="spellEnd"/>
      <w:r w:rsidRPr="000752AF">
        <w:rPr>
          <w:rFonts w:asciiTheme="majorHAnsi" w:hAnsiTheme="majorHAnsi" w:cstheme="majorHAnsi"/>
        </w:rPr>
        <w:t>;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nediv</w:t>
      </w:r>
      <w:proofErr w:type="spellEnd"/>
      <w:r w:rsidRPr="000752AF">
        <w:rPr>
          <w:rFonts w:asciiTheme="majorHAnsi" w:hAnsiTheme="majorHAnsi" w:cstheme="majorHAnsi"/>
        </w:rPr>
        <w:t xml:space="preserve"> se, </w:t>
      </w:r>
      <w:proofErr w:type="spellStart"/>
      <w:r w:rsidRPr="000752AF">
        <w:rPr>
          <w:rFonts w:asciiTheme="majorHAnsi" w:hAnsiTheme="majorHAnsi" w:cstheme="majorHAnsi"/>
        </w:rPr>
        <w:t>vždyť</w:t>
      </w:r>
      <w:proofErr w:type="spellEnd"/>
      <w:r w:rsidRPr="000752AF">
        <w:rPr>
          <w:rFonts w:asciiTheme="majorHAnsi" w:hAnsiTheme="majorHAnsi" w:cstheme="majorHAnsi"/>
        </w:rPr>
        <w:t xml:space="preserve"> je to </w:t>
      </w:r>
      <w:proofErr w:type="spellStart"/>
      <w:r w:rsidRPr="000752AF">
        <w:rPr>
          <w:rFonts w:asciiTheme="majorHAnsi" w:hAnsiTheme="majorHAnsi" w:cstheme="majorHAnsi"/>
        </w:rPr>
        <w:t>divočák</w:t>
      </w:r>
      <w:proofErr w:type="spellEnd"/>
      <w:r w:rsidRPr="000752AF">
        <w:rPr>
          <w:rFonts w:asciiTheme="majorHAnsi" w:hAnsiTheme="majorHAnsi" w:cstheme="majorHAnsi"/>
        </w:rPr>
        <w:t>…</w:t>
      </w:r>
      <w:r w:rsidRPr="000752AF">
        <w:rPr>
          <w:rFonts w:asciiTheme="majorHAnsi" w:hAnsiTheme="majorHAnsi" w:cstheme="majorHAnsi"/>
        </w:rPr>
        <w:br/>
      </w:r>
    </w:p>
    <w:p w14:paraId="3FF193EB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5AD5D510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Tohle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impozantní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zvíře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umí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našlapovat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tiše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Zcela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jinak</w:t>
      </w:r>
      <w:proofErr w:type="spellEnd"/>
      <w:r w:rsidRPr="000752AF">
        <w:rPr>
          <w:rFonts w:asciiTheme="majorHAnsi" w:hAnsiTheme="majorHAnsi" w:cstheme="majorHAnsi"/>
        </w:rPr>
        <w:t xml:space="preserve"> ale </w:t>
      </w:r>
      <w:proofErr w:type="spellStart"/>
      <w:r w:rsidRPr="000752AF">
        <w:rPr>
          <w:rFonts w:asciiTheme="majorHAnsi" w:hAnsiTheme="majorHAnsi" w:cstheme="majorHAnsi"/>
        </w:rPr>
        <w:t>žije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vždy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když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přijde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říje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  <w:t xml:space="preserve">to </w:t>
      </w:r>
      <w:proofErr w:type="spellStart"/>
      <w:r w:rsidRPr="000752AF">
        <w:rPr>
          <w:rFonts w:asciiTheme="majorHAnsi" w:hAnsiTheme="majorHAnsi" w:cstheme="majorHAnsi"/>
        </w:rPr>
        <w:t>hned</w:t>
      </w:r>
      <w:proofErr w:type="spellEnd"/>
      <w:r w:rsidRPr="000752AF">
        <w:rPr>
          <w:rFonts w:asciiTheme="majorHAnsi" w:hAnsiTheme="majorHAnsi" w:cstheme="majorHAnsi"/>
        </w:rPr>
        <w:t xml:space="preserve"> z </w:t>
      </w:r>
      <w:proofErr w:type="spellStart"/>
      <w:r w:rsidRPr="000752AF">
        <w:rPr>
          <w:rFonts w:asciiTheme="majorHAnsi" w:hAnsiTheme="majorHAnsi" w:cstheme="majorHAnsi"/>
        </w:rPr>
        <w:t>lesů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ozývá</w:t>
      </w:r>
      <w:proofErr w:type="spellEnd"/>
      <w:r w:rsidRPr="000752AF">
        <w:rPr>
          <w:rFonts w:asciiTheme="majorHAnsi" w:hAnsiTheme="majorHAnsi" w:cstheme="majorHAnsi"/>
        </w:rPr>
        <w:t xml:space="preserve"> se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troubení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či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přímo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ryk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Dejte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pozor</w:t>
      </w:r>
      <w:proofErr w:type="spellEnd"/>
      <w:r w:rsidRPr="000752AF">
        <w:rPr>
          <w:rFonts w:asciiTheme="majorHAnsi" w:hAnsiTheme="majorHAnsi" w:cstheme="majorHAnsi"/>
        </w:rPr>
        <w:t xml:space="preserve"> – </w:t>
      </w:r>
      <w:proofErr w:type="spellStart"/>
      <w:r w:rsidRPr="000752AF">
        <w:rPr>
          <w:rFonts w:asciiTheme="majorHAnsi" w:hAnsiTheme="majorHAnsi" w:cstheme="majorHAnsi"/>
        </w:rPr>
        <w:t>pobíhá</w:t>
      </w:r>
      <w:proofErr w:type="spellEnd"/>
      <w:r w:rsidRPr="000752AF">
        <w:rPr>
          <w:rFonts w:asciiTheme="majorHAnsi" w:hAnsiTheme="majorHAnsi" w:cstheme="majorHAnsi"/>
        </w:rPr>
        <w:t xml:space="preserve"> v </w:t>
      </w:r>
      <w:proofErr w:type="spellStart"/>
      <w:r w:rsidRPr="000752AF">
        <w:rPr>
          <w:rFonts w:asciiTheme="majorHAnsi" w:hAnsiTheme="majorHAnsi" w:cstheme="majorHAnsi"/>
        </w:rPr>
        <w:t>nich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parohatý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bojovník</w:t>
      </w:r>
      <w:proofErr w:type="spellEnd"/>
      <w:r w:rsidRPr="000752AF">
        <w:rPr>
          <w:rFonts w:asciiTheme="majorHAnsi" w:hAnsiTheme="majorHAnsi" w:cstheme="majorHAnsi"/>
        </w:rPr>
        <w:t>!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  <w:t>(</w:t>
      </w:r>
      <w:proofErr w:type="spellStart"/>
      <w:r w:rsidRPr="000752AF">
        <w:rPr>
          <w:rFonts w:asciiTheme="majorHAnsi" w:hAnsiTheme="majorHAnsi" w:cstheme="majorHAnsi"/>
          <w:b/>
          <w:bCs/>
        </w:rPr>
        <w:t>jelen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evropský</w:t>
      </w:r>
      <w:proofErr w:type="spellEnd"/>
      <w:r w:rsidRPr="000752AF">
        <w:rPr>
          <w:rFonts w:asciiTheme="majorHAnsi" w:hAnsiTheme="majorHAnsi" w:cstheme="majorHAnsi"/>
        </w:rPr>
        <w:t>)</w:t>
      </w:r>
      <w:r w:rsidRPr="000752AF">
        <w:rPr>
          <w:rFonts w:asciiTheme="majorHAnsi" w:hAnsiTheme="majorHAnsi" w:cstheme="majorHAnsi"/>
        </w:rPr>
        <w:br/>
      </w:r>
    </w:p>
    <w:p w14:paraId="585B9B68" w14:textId="0274CFBC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Říkali</w:t>
      </w:r>
      <w:proofErr w:type="spellEnd"/>
      <w:r w:rsidRPr="000752AF">
        <w:rPr>
          <w:rFonts w:asciiTheme="majorHAnsi" w:hAnsiTheme="majorHAnsi" w:cstheme="majorHAnsi"/>
        </w:rPr>
        <w:t xml:space="preserve"> mi </w:t>
      </w:r>
      <w:proofErr w:type="spellStart"/>
      <w:r w:rsidRPr="000752AF">
        <w:rPr>
          <w:rFonts w:asciiTheme="majorHAnsi" w:hAnsiTheme="majorHAnsi" w:cstheme="majorHAnsi"/>
        </w:rPr>
        <w:t>ostrované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Samosu</w:t>
      </w:r>
      <w:proofErr w:type="spellEnd"/>
      <w:r w:rsidRPr="000752AF">
        <w:rPr>
          <w:rFonts w:asciiTheme="majorHAnsi" w:hAnsiTheme="majorHAnsi" w:cstheme="majorHAnsi"/>
        </w:rPr>
        <w:t xml:space="preserve"> – </w:t>
      </w:r>
      <w:proofErr w:type="spellStart"/>
      <w:r w:rsidRPr="000752AF">
        <w:rPr>
          <w:rFonts w:asciiTheme="majorHAnsi" w:hAnsiTheme="majorHAnsi" w:cstheme="majorHAnsi"/>
        </w:rPr>
        <w:t>Samosané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že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když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slyší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tenhle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zvuk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totiž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táhlé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divé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vytí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noci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když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měsíc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svítí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že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sami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rozdivočí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Kdopak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jim</w:t>
      </w:r>
      <w:proofErr w:type="spellEnd"/>
      <w:r w:rsidRPr="000752AF">
        <w:rPr>
          <w:rFonts w:asciiTheme="majorHAnsi" w:hAnsiTheme="majorHAnsi" w:cstheme="majorHAnsi"/>
        </w:rPr>
        <w:t xml:space="preserve"> to </w:t>
      </w:r>
      <w:proofErr w:type="spellStart"/>
      <w:r w:rsidRPr="000752AF">
        <w:rPr>
          <w:rFonts w:asciiTheme="majorHAnsi" w:hAnsiTheme="majorHAnsi" w:cstheme="majorHAnsi"/>
        </w:rPr>
        <w:t>spánek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ničí</w:t>
      </w:r>
      <w:proofErr w:type="spellEnd"/>
      <w:r w:rsidRPr="000752AF">
        <w:rPr>
          <w:rFonts w:asciiTheme="majorHAnsi" w:hAnsiTheme="majorHAnsi" w:cstheme="majorHAnsi"/>
        </w:rPr>
        <w:t>?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Trochu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liška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trochu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vlk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zvíře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plaché</w:t>
      </w:r>
      <w:proofErr w:type="spellEnd"/>
      <w:r w:rsidRPr="000752AF">
        <w:rPr>
          <w:rFonts w:asciiTheme="majorHAnsi" w:hAnsiTheme="majorHAnsi" w:cstheme="majorHAnsi"/>
        </w:rPr>
        <w:t xml:space="preserve">, ale </w:t>
      </w:r>
      <w:proofErr w:type="spellStart"/>
      <w:r w:rsidRPr="000752AF">
        <w:rPr>
          <w:rFonts w:asciiTheme="majorHAnsi" w:hAnsiTheme="majorHAnsi" w:cstheme="majorHAnsi"/>
        </w:rPr>
        <w:t>dravé</w:t>
      </w:r>
      <w:proofErr w:type="spellEnd"/>
      <w:r w:rsidRPr="000752AF">
        <w:rPr>
          <w:rFonts w:asciiTheme="majorHAnsi" w:hAnsiTheme="majorHAnsi" w:cstheme="majorHAnsi"/>
        </w:rPr>
        <w:t>;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komu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právě</w:t>
      </w:r>
      <w:proofErr w:type="spellEnd"/>
      <w:r w:rsidRPr="000752AF">
        <w:rPr>
          <w:rFonts w:asciiTheme="majorHAnsi" w:hAnsiTheme="majorHAnsi" w:cstheme="majorHAnsi"/>
        </w:rPr>
        <w:t xml:space="preserve"> v </w:t>
      </w:r>
      <w:proofErr w:type="spellStart"/>
      <w:r w:rsidRPr="000752AF">
        <w:rPr>
          <w:rFonts w:asciiTheme="majorHAnsi" w:hAnsiTheme="majorHAnsi" w:cstheme="majorHAnsi"/>
        </w:rPr>
        <w:t>mysli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tane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myšlenka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šakala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  <w:t xml:space="preserve">ten v </w:t>
      </w:r>
      <w:proofErr w:type="spellStart"/>
      <w:r w:rsidRPr="000752AF">
        <w:rPr>
          <w:rFonts w:asciiTheme="majorHAnsi" w:hAnsiTheme="majorHAnsi" w:cstheme="majorHAnsi"/>
        </w:rPr>
        <w:t>hádání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vyhrává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</w:p>
    <w:p w14:paraId="5651FE51" w14:textId="77777777" w:rsidR="00224775" w:rsidRPr="000752AF" w:rsidRDefault="00224775">
      <w:pPr>
        <w:spacing w:after="140" w:line="252" w:lineRule="auto"/>
        <w:rPr>
          <w:rFonts w:asciiTheme="majorHAnsi" w:hAnsiTheme="majorHAnsi" w:cstheme="majorHAnsi"/>
        </w:rPr>
      </w:pPr>
    </w:p>
    <w:p w14:paraId="4D65C164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Dnes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už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málokdo</w:t>
      </w:r>
      <w:proofErr w:type="spellEnd"/>
      <w:r w:rsidRPr="000752AF">
        <w:rPr>
          <w:rFonts w:asciiTheme="majorHAnsi" w:hAnsiTheme="majorHAnsi" w:cstheme="majorHAnsi"/>
        </w:rPr>
        <w:t xml:space="preserve"> ho </w:t>
      </w:r>
      <w:proofErr w:type="spellStart"/>
      <w:r w:rsidRPr="000752AF">
        <w:rPr>
          <w:rFonts w:asciiTheme="majorHAnsi" w:hAnsiTheme="majorHAnsi" w:cstheme="majorHAnsi"/>
        </w:rPr>
        <w:t>vídá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velkou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kočku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  <w:b/>
          <w:bCs/>
        </w:rPr>
        <w:t>rysa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ostrovida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Nikdy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nevíš</w:t>
      </w:r>
      <w:proofErr w:type="spellEnd"/>
      <w:r w:rsidRPr="000752AF">
        <w:rPr>
          <w:rFonts w:asciiTheme="majorHAnsi" w:hAnsiTheme="majorHAnsi" w:cstheme="majorHAnsi"/>
        </w:rPr>
        <w:t xml:space="preserve">, co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smyslí</w:t>
      </w:r>
      <w:proofErr w:type="spellEnd"/>
      <w:r w:rsidRPr="000752AF">
        <w:rPr>
          <w:rFonts w:asciiTheme="majorHAnsi" w:hAnsiTheme="majorHAnsi" w:cstheme="majorHAnsi"/>
        </w:rPr>
        <w:t>: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Zvíře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mrštné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hbité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snadno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překvapí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tě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objeví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jako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duch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Nestojí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však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vůbec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rozruch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Spoléhá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své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bystré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smysly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  <w:t xml:space="preserve">je to </w:t>
      </w:r>
      <w:proofErr w:type="spellStart"/>
      <w:r w:rsidRPr="000752AF">
        <w:rPr>
          <w:rFonts w:asciiTheme="majorHAnsi" w:hAnsiTheme="majorHAnsi" w:cstheme="majorHAnsi"/>
        </w:rPr>
        <w:t>ostrovid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ostrosluch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</w:p>
    <w:p w14:paraId="0BD58F01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53B906A6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Podívejte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tihle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  <w:bCs/>
        </w:rPr>
        <w:t>losi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lopaty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hlavě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nosí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Velmi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dobře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plavou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dokonce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potápí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Samci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žijí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sami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losice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pak</w:t>
      </w:r>
      <w:proofErr w:type="spellEnd"/>
      <w:r w:rsidRPr="000752AF">
        <w:rPr>
          <w:rFonts w:asciiTheme="majorHAnsi" w:hAnsiTheme="majorHAnsi" w:cstheme="majorHAnsi"/>
        </w:rPr>
        <w:t xml:space="preserve"> s </w:t>
      </w:r>
      <w:proofErr w:type="spellStart"/>
      <w:r w:rsidRPr="000752AF">
        <w:rPr>
          <w:rFonts w:asciiTheme="majorHAnsi" w:hAnsiTheme="majorHAnsi" w:cstheme="majorHAnsi"/>
        </w:rPr>
        <w:t>losaty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  <w:t xml:space="preserve">Nebo s </w:t>
      </w:r>
      <w:proofErr w:type="spellStart"/>
      <w:r w:rsidRPr="000752AF">
        <w:rPr>
          <w:rFonts w:asciiTheme="majorHAnsi" w:hAnsiTheme="majorHAnsi" w:cstheme="majorHAnsi"/>
        </w:rPr>
        <w:t>losíčaty</w:t>
      </w:r>
      <w:proofErr w:type="spellEnd"/>
      <w:r w:rsidRPr="000752AF">
        <w:rPr>
          <w:rFonts w:asciiTheme="majorHAnsi" w:hAnsiTheme="majorHAnsi" w:cstheme="majorHAnsi"/>
        </w:rPr>
        <w:t>?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Či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snad</w:t>
      </w:r>
      <w:proofErr w:type="spellEnd"/>
      <w:r w:rsidRPr="000752AF">
        <w:rPr>
          <w:rFonts w:asciiTheme="majorHAnsi" w:hAnsiTheme="majorHAnsi" w:cstheme="majorHAnsi"/>
        </w:rPr>
        <w:t xml:space="preserve"> s </w:t>
      </w:r>
      <w:proofErr w:type="spellStart"/>
      <w:r w:rsidRPr="000752AF">
        <w:rPr>
          <w:rFonts w:asciiTheme="majorHAnsi" w:hAnsiTheme="majorHAnsi" w:cstheme="majorHAnsi"/>
        </w:rPr>
        <w:t>lůsaty</w:t>
      </w:r>
      <w:proofErr w:type="spellEnd"/>
      <w:r w:rsidRPr="000752AF">
        <w:rPr>
          <w:rFonts w:asciiTheme="majorHAnsi" w:hAnsiTheme="majorHAnsi" w:cstheme="majorHAnsi"/>
        </w:rPr>
        <w:t>?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Losice</w:t>
      </w:r>
      <w:proofErr w:type="spellEnd"/>
      <w:r w:rsidRPr="000752AF">
        <w:rPr>
          <w:rFonts w:asciiTheme="majorHAnsi" w:hAnsiTheme="majorHAnsi" w:cstheme="majorHAnsi"/>
        </w:rPr>
        <w:t xml:space="preserve"> to </w:t>
      </w:r>
      <w:proofErr w:type="spellStart"/>
      <w:r w:rsidRPr="000752AF">
        <w:rPr>
          <w:rFonts w:asciiTheme="majorHAnsi" w:hAnsiTheme="majorHAnsi" w:cstheme="majorHAnsi"/>
        </w:rPr>
        <w:t>neřeší</w:t>
      </w:r>
      <w:proofErr w:type="spellEnd"/>
      <w:r w:rsidRPr="000752AF">
        <w:rPr>
          <w:rFonts w:asciiTheme="majorHAnsi" w:hAnsiTheme="majorHAnsi" w:cstheme="majorHAnsi"/>
        </w:rPr>
        <w:t xml:space="preserve"> –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žádná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losí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matka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nedá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dopustit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svá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losíčátka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Mě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však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názvy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mláďat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občas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potrápí</w:t>
      </w:r>
      <w:proofErr w:type="spellEnd"/>
      <w:r w:rsidRPr="000752AF">
        <w:rPr>
          <w:rFonts w:asciiTheme="majorHAnsi" w:hAnsiTheme="majorHAnsi" w:cstheme="majorHAnsi"/>
        </w:rPr>
        <w:t>…</w:t>
      </w:r>
      <w:r w:rsidRPr="000752AF">
        <w:rPr>
          <w:rFonts w:asciiTheme="majorHAnsi" w:hAnsiTheme="majorHAnsi" w:cstheme="majorHAnsi"/>
        </w:rPr>
        <w:br/>
      </w:r>
    </w:p>
    <w:p w14:paraId="7D3FD1EC" w14:textId="77777777" w:rsidR="00C85DD2" w:rsidRPr="000752AF" w:rsidRDefault="00C85DD2">
      <w:pPr>
        <w:spacing w:after="140" w:line="252" w:lineRule="auto"/>
        <w:rPr>
          <w:rFonts w:asciiTheme="majorHAnsi" w:hAnsiTheme="majorHAnsi" w:cstheme="majorHAnsi"/>
        </w:rPr>
      </w:pPr>
    </w:p>
    <w:p w14:paraId="7C40E8AA" w14:textId="77777777" w:rsidR="00DD255E" w:rsidRPr="000752AF" w:rsidRDefault="00A26ABE">
      <w:pPr>
        <w:spacing w:after="140" w:line="252" w:lineRule="auto"/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 xml:space="preserve">I </w:t>
      </w:r>
      <w:proofErr w:type="spellStart"/>
      <w:r w:rsidRPr="000752AF">
        <w:rPr>
          <w:rFonts w:asciiTheme="majorHAnsi" w:hAnsiTheme="majorHAnsi" w:cstheme="majorHAnsi"/>
          <w:b/>
          <w:bCs/>
        </w:rPr>
        <w:t>vlk</w:t>
      </w:r>
      <w:proofErr w:type="spellEnd"/>
      <w:r w:rsidRPr="000752AF">
        <w:rPr>
          <w:rFonts w:asciiTheme="majorHAnsi" w:hAnsiTheme="majorHAnsi" w:cstheme="majorHAnsi"/>
          <w:b/>
          <w:bCs/>
        </w:rPr>
        <w:t xml:space="preserve"> </w:t>
      </w:r>
      <w:r w:rsidRPr="000752AF">
        <w:rPr>
          <w:rFonts w:asciiTheme="majorHAnsi" w:hAnsiTheme="majorHAnsi" w:cstheme="majorHAnsi"/>
        </w:rPr>
        <w:t xml:space="preserve">se </w:t>
      </w:r>
      <w:proofErr w:type="spellStart"/>
      <w:r w:rsidRPr="000752AF">
        <w:rPr>
          <w:rFonts w:asciiTheme="majorHAnsi" w:hAnsiTheme="majorHAnsi" w:cstheme="majorHAnsi"/>
        </w:rPr>
        <w:t>umí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obléct</w:t>
      </w:r>
      <w:proofErr w:type="spellEnd"/>
      <w:r w:rsidRPr="000752AF">
        <w:rPr>
          <w:rFonts w:asciiTheme="majorHAnsi" w:hAnsiTheme="majorHAnsi" w:cstheme="majorHAnsi"/>
        </w:rPr>
        <w:t xml:space="preserve"> do </w:t>
      </w:r>
      <w:proofErr w:type="spellStart"/>
      <w:r w:rsidRPr="000752AF">
        <w:rPr>
          <w:rFonts w:asciiTheme="majorHAnsi" w:hAnsiTheme="majorHAnsi" w:cstheme="majorHAnsi"/>
        </w:rPr>
        <w:t>bílé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nenosí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však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šaty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nebo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košile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  <w:t xml:space="preserve">ale </w:t>
      </w:r>
      <w:proofErr w:type="spellStart"/>
      <w:r w:rsidRPr="000752AF">
        <w:rPr>
          <w:rFonts w:asciiTheme="majorHAnsi" w:hAnsiTheme="majorHAnsi" w:cstheme="majorHAnsi"/>
        </w:rPr>
        <w:t>kožich</w:t>
      </w:r>
      <w:proofErr w:type="spellEnd"/>
      <w:r w:rsidRPr="000752AF">
        <w:rPr>
          <w:rFonts w:asciiTheme="majorHAnsi" w:hAnsiTheme="majorHAnsi" w:cstheme="majorHAnsi"/>
        </w:rPr>
        <w:t xml:space="preserve"> s </w:t>
      </w:r>
      <w:proofErr w:type="spellStart"/>
      <w:r w:rsidRPr="000752AF">
        <w:rPr>
          <w:rFonts w:asciiTheme="majorHAnsi" w:hAnsiTheme="majorHAnsi" w:cstheme="majorHAnsi"/>
        </w:rPr>
        <w:t>dvěma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vrstvami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Mluvíme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vlku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polárním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  <w:t xml:space="preserve">co se </w:t>
      </w:r>
      <w:proofErr w:type="spellStart"/>
      <w:r w:rsidRPr="000752AF">
        <w:rPr>
          <w:rFonts w:asciiTheme="majorHAnsi" w:hAnsiTheme="majorHAnsi" w:cstheme="majorHAnsi"/>
        </w:rPr>
        <w:t>vyspí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klidně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přímo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sněhu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Občas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s </w:t>
      </w:r>
      <w:proofErr w:type="spellStart"/>
      <w:r w:rsidRPr="000752AF">
        <w:rPr>
          <w:rFonts w:asciiTheme="majorHAnsi" w:hAnsiTheme="majorHAnsi" w:cstheme="majorHAnsi"/>
        </w:rPr>
        <w:t>druhy</w:t>
      </w:r>
      <w:proofErr w:type="spellEnd"/>
      <w:r w:rsidRPr="000752AF">
        <w:rPr>
          <w:rFonts w:asciiTheme="majorHAnsi" w:hAnsiTheme="majorHAnsi" w:cstheme="majorHAnsi"/>
        </w:rPr>
        <w:t xml:space="preserve"> pro </w:t>
      </w:r>
      <w:proofErr w:type="spellStart"/>
      <w:r w:rsidRPr="000752AF">
        <w:rPr>
          <w:rFonts w:asciiTheme="majorHAnsi" w:hAnsiTheme="majorHAnsi" w:cstheme="majorHAnsi"/>
        </w:rPr>
        <w:t>vlastní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potěchu</w:t>
      </w:r>
      <w:proofErr w:type="spellEnd"/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měsíc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zavyje</w:t>
      </w:r>
      <w:proofErr w:type="spellEnd"/>
      <w:r w:rsidRPr="000752AF">
        <w:rPr>
          <w:rFonts w:asciiTheme="majorHAnsi" w:hAnsiTheme="majorHAnsi" w:cstheme="majorHAnsi"/>
        </w:rPr>
        <w:t>.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Proč</w:t>
      </w:r>
      <w:proofErr w:type="spellEnd"/>
      <w:r w:rsidRPr="000752AF">
        <w:rPr>
          <w:rFonts w:asciiTheme="majorHAnsi" w:hAnsiTheme="majorHAnsi" w:cstheme="majorHAnsi"/>
        </w:rPr>
        <w:t xml:space="preserve"> ne? </w:t>
      </w:r>
      <w:proofErr w:type="spellStart"/>
      <w:r w:rsidRPr="000752AF">
        <w:rPr>
          <w:rFonts w:asciiTheme="majorHAnsi" w:hAnsiTheme="majorHAnsi" w:cstheme="majorHAnsi"/>
        </w:rPr>
        <w:t>Chce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tím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prý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říci</w:t>
      </w:r>
      <w:proofErr w:type="spellEnd"/>
      <w:r w:rsidRPr="000752AF">
        <w:rPr>
          <w:rFonts w:asciiTheme="majorHAnsi" w:hAnsiTheme="majorHAnsi" w:cstheme="majorHAnsi"/>
        </w:rPr>
        <w:t>,</w:t>
      </w:r>
      <w:r w:rsidRPr="000752AF">
        <w:rPr>
          <w:rFonts w:asciiTheme="majorHAnsi" w:hAnsiTheme="majorHAnsi" w:cstheme="majorHAnsi"/>
        </w:rPr>
        <w:br/>
      </w:r>
      <w:proofErr w:type="spellStart"/>
      <w:r w:rsidRPr="000752AF">
        <w:rPr>
          <w:rFonts w:asciiTheme="majorHAnsi" w:hAnsiTheme="majorHAnsi" w:cstheme="majorHAnsi"/>
        </w:rPr>
        <w:t>že</w:t>
      </w:r>
      <w:proofErr w:type="spellEnd"/>
      <w:r w:rsidRPr="000752AF">
        <w:rPr>
          <w:rFonts w:asciiTheme="majorHAnsi" w:hAnsiTheme="majorHAnsi" w:cstheme="majorHAnsi"/>
        </w:rPr>
        <w:t xml:space="preserve"> je </w:t>
      </w:r>
      <w:proofErr w:type="spellStart"/>
      <w:r w:rsidRPr="000752AF">
        <w:rPr>
          <w:rFonts w:asciiTheme="majorHAnsi" w:hAnsiTheme="majorHAnsi" w:cstheme="majorHAnsi"/>
        </w:rPr>
        <w:t>zde</w:t>
      </w:r>
      <w:proofErr w:type="spellEnd"/>
      <w:r w:rsidRPr="000752AF">
        <w:rPr>
          <w:rFonts w:asciiTheme="majorHAnsi" w:hAnsiTheme="majorHAnsi" w:cstheme="majorHAnsi"/>
        </w:rPr>
        <w:br/>
        <w:t xml:space="preserve">a </w:t>
      </w:r>
      <w:proofErr w:type="spellStart"/>
      <w:r w:rsidRPr="000752AF">
        <w:rPr>
          <w:rFonts w:asciiTheme="majorHAnsi" w:hAnsiTheme="majorHAnsi" w:cstheme="majorHAnsi"/>
        </w:rPr>
        <w:t>že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rád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tu</w:t>
      </w:r>
      <w:proofErr w:type="spellEnd"/>
      <w:r w:rsidRPr="000752AF">
        <w:rPr>
          <w:rFonts w:asciiTheme="majorHAnsi" w:hAnsiTheme="majorHAnsi" w:cstheme="majorHAnsi"/>
        </w:rPr>
        <w:t xml:space="preserve"> je.</w:t>
      </w:r>
      <w:r w:rsidRPr="000752AF">
        <w:rPr>
          <w:rFonts w:asciiTheme="majorHAnsi" w:hAnsiTheme="majorHAnsi" w:cstheme="majorHAnsi"/>
        </w:rPr>
        <w:br/>
      </w:r>
    </w:p>
    <w:p w14:paraId="612AC435" w14:textId="77777777" w:rsidR="00DD255E" w:rsidRPr="000752AF" w:rsidRDefault="00A26ABE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br w:type="page"/>
      </w:r>
    </w:p>
    <w:p w14:paraId="40B6083C" w14:textId="77777777" w:rsidR="00DD255E" w:rsidRPr="000752AF" w:rsidRDefault="00A26ABE">
      <w:pPr>
        <w:pStyle w:val="Nadpis1"/>
        <w:rPr>
          <w:rFonts w:cstheme="majorHAnsi"/>
        </w:rPr>
      </w:pPr>
      <w:r w:rsidRPr="000752AF">
        <w:rPr>
          <w:rFonts w:cstheme="majorHAnsi"/>
        </w:rPr>
        <w:t xml:space="preserve">3. </w:t>
      </w:r>
      <w:proofErr w:type="spellStart"/>
      <w:r w:rsidRPr="000752AF">
        <w:rPr>
          <w:rFonts w:cstheme="majorHAnsi"/>
        </w:rPr>
        <w:t>Jak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na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vás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verše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působily</w:t>
      </w:r>
      <w:proofErr w:type="spellEnd"/>
      <w:r w:rsidRPr="000752AF">
        <w:rPr>
          <w:rFonts w:cstheme="majorHAnsi"/>
        </w:rPr>
        <w:t>?</w:t>
      </w:r>
    </w:p>
    <w:p w14:paraId="2266BD9D" w14:textId="77777777" w:rsidR="00DD255E" w:rsidRPr="000752AF" w:rsidRDefault="00A26ABE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 xml:space="preserve">1. Co se </w:t>
      </w:r>
      <w:proofErr w:type="spellStart"/>
      <w:r w:rsidRPr="000752AF">
        <w:rPr>
          <w:rFonts w:asciiTheme="majorHAnsi" w:hAnsiTheme="majorHAnsi" w:cstheme="majorHAnsi"/>
        </w:rPr>
        <w:t>vám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verších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líbilo</w:t>
      </w:r>
      <w:proofErr w:type="spellEnd"/>
      <w:r w:rsidRPr="000752AF">
        <w:rPr>
          <w:rFonts w:asciiTheme="majorHAnsi" w:hAnsiTheme="majorHAnsi" w:cstheme="majorHAnsi"/>
        </w:rPr>
        <w:t xml:space="preserve">? </w:t>
      </w:r>
      <w:proofErr w:type="spellStart"/>
      <w:r w:rsidRPr="000752AF">
        <w:rPr>
          <w:rFonts w:asciiTheme="majorHAnsi" w:hAnsiTheme="majorHAnsi" w:cstheme="majorHAnsi"/>
        </w:rPr>
        <w:t>Uveďte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konkrétní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místo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nebo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zvíře</w:t>
      </w:r>
      <w:proofErr w:type="spellEnd"/>
      <w:r w:rsidRPr="000752AF">
        <w:rPr>
          <w:rFonts w:asciiTheme="majorHAnsi" w:hAnsiTheme="majorHAnsi" w:cstheme="majorHAnsi"/>
        </w:rPr>
        <w:t>.</w:t>
      </w:r>
    </w:p>
    <w:p w14:paraId="0C70210B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3CFD859A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15A196D3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7C0EEAFD" w14:textId="6043ED7A" w:rsidR="00DD255E" w:rsidRPr="000752AF" w:rsidRDefault="00224775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2</w:t>
      </w:r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Dozvěděli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jste</w:t>
      </w:r>
      <w:proofErr w:type="spellEnd"/>
      <w:r w:rsidR="00A26ABE" w:rsidRPr="000752AF">
        <w:rPr>
          <w:rFonts w:asciiTheme="majorHAnsi" w:hAnsiTheme="majorHAnsi" w:cstheme="majorHAnsi"/>
        </w:rPr>
        <w:t xml:space="preserve"> se </w:t>
      </w:r>
      <w:proofErr w:type="spellStart"/>
      <w:r w:rsidR="00A26ABE" w:rsidRPr="000752AF">
        <w:rPr>
          <w:rFonts w:asciiTheme="majorHAnsi" w:hAnsiTheme="majorHAnsi" w:cstheme="majorHAnsi"/>
        </w:rPr>
        <w:t>něco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nového</w:t>
      </w:r>
      <w:proofErr w:type="spellEnd"/>
      <w:r w:rsidR="00A26ABE" w:rsidRPr="000752AF">
        <w:rPr>
          <w:rFonts w:asciiTheme="majorHAnsi" w:hAnsiTheme="majorHAnsi" w:cstheme="majorHAnsi"/>
        </w:rPr>
        <w:t xml:space="preserve"> o </w:t>
      </w:r>
      <w:proofErr w:type="spellStart"/>
      <w:r w:rsidR="00A26ABE" w:rsidRPr="000752AF">
        <w:rPr>
          <w:rFonts w:asciiTheme="majorHAnsi" w:hAnsiTheme="majorHAnsi" w:cstheme="majorHAnsi"/>
        </w:rPr>
        <w:t>některém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zvířeti</w:t>
      </w:r>
      <w:proofErr w:type="spellEnd"/>
      <w:r w:rsidR="00A26ABE" w:rsidRPr="000752AF">
        <w:rPr>
          <w:rFonts w:asciiTheme="majorHAnsi" w:hAnsiTheme="majorHAnsi" w:cstheme="majorHAnsi"/>
        </w:rPr>
        <w:t>? Co?</w:t>
      </w:r>
    </w:p>
    <w:p w14:paraId="3B3B3A46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6ACE4DBC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335F3206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15D76BA0" w14:textId="5B40F6B5" w:rsidR="00DD255E" w:rsidRPr="000752AF" w:rsidRDefault="00224775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3</w:t>
      </w:r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Jaký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mohl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být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autorův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záměr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při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psaní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veršů</w:t>
      </w:r>
      <w:proofErr w:type="spellEnd"/>
      <w:r w:rsidR="00A26ABE" w:rsidRPr="000752AF">
        <w:rPr>
          <w:rFonts w:asciiTheme="majorHAnsi" w:hAnsiTheme="majorHAnsi" w:cstheme="majorHAnsi"/>
        </w:rPr>
        <w:t xml:space="preserve">? Co </w:t>
      </w:r>
      <w:proofErr w:type="spellStart"/>
      <w:r w:rsidR="00A26ABE" w:rsidRPr="000752AF">
        <w:rPr>
          <w:rFonts w:asciiTheme="majorHAnsi" w:hAnsiTheme="majorHAnsi" w:cstheme="majorHAnsi"/>
        </w:rPr>
        <w:t>chtěl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čtenářům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kromě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informací</w:t>
      </w:r>
      <w:proofErr w:type="spellEnd"/>
      <w:r w:rsidR="00A26ABE" w:rsidRPr="000752AF">
        <w:rPr>
          <w:rFonts w:asciiTheme="majorHAnsi" w:hAnsiTheme="majorHAnsi" w:cstheme="majorHAnsi"/>
        </w:rPr>
        <w:t xml:space="preserve"> o </w:t>
      </w:r>
      <w:proofErr w:type="spellStart"/>
      <w:r w:rsidR="00A26ABE" w:rsidRPr="000752AF">
        <w:rPr>
          <w:rFonts w:asciiTheme="majorHAnsi" w:hAnsiTheme="majorHAnsi" w:cstheme="majorHAnsi"/>
        </w:rPr>
        <w:t>zvířatech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nabídnout</w:t>
      </w:r>
      <w:proofErr w:type="spellEnd"/>
      <w:r w:rsidR="00A26ABE" w:rsidRPr="000752AF">
        <w:rPr>
          <w:rFonts w:asciiTheme="majorHAnsi" w:hAnsiTheme="majorHAnsi" w:cstheme="majorHAnsi"/>
        </w:rPr>
        <w:t>?</w:t>
      </w:r>
    </w:p>
    <w:p w14:paraId="0B87ABDB" w14:textId="5F8CE6C6" w:rsidR="00C85DD2" w:rsidRPr="000752AF" w:rsidRDefault="00C85DD2">
      <w:pPr>
        <w:rPr>
          <w:rFonts w:asciiTheme="majorHAnsi" w:hAnsiTheme="majorHAnsi" w:cstheme="majorHAnsi"/>
        </w:rPr>
      </w:pPr>
    </w:p>
    <w:p w14:paraId="3B7E199D" w14:textId="77777777" w:rsidR="00224775" w:rsidRPr="000752AF" w:rsidRDefault="00224775">
      <w:pPr>
        <w:rPr>
          <w:rFonts w:asciiTheme="majorHAnsi" w:hAnsiTheme="majorHAnsi" w:cstheme="majorHAnsi"/>
        </w:rPr>
      </w:pPr>
    </w:p>
    <w:p w14:paraId="7509580D" w14:textId="77777777" w:rsidR="00A26ABE" w:rsidRPr="000752AF" w:rsidRDefault="00A26ABE">
      <w:pPr>
        <w:rPr>
          <w:rFonts w:asciiTheme="majorHAnsi" w:hAnsiTheme="majorHAnsi" w:cstheme="majorHAnsi"/>
        </w:rPr>
      </w:pPr>
    </w:p>
    <w:p w14:paraId="10045F26" w14:textId="32A9B5E3" w:rsidR="00DD255E" w:rsidRPr="000752AF" w:rsidRDefault="00224775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4</w:t>
      </w:r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Máte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rádi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podobné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verše</w:t>
      </w:r>
      <w:proofErr w:type="spellEnd"/>
      <w:r w:rsidR="00A26ABE" w:rsidRPr="000752AF">
        <w:rPr>
          <w:rFonts w:asciiTheme="majorHAnsi" w:hAnsiTheme="majorHAnsi" w:cstheme="majorHAnsi"/>
        </w:rPr>
        <w:t xml:space="preserve"> – </w:t>
      </w:r>
      <w:proofErr w:type="spellStart"/>
      <w:r w:rsidR="00A26ABE" w:rsidRPr="000752AF">
        <w:rPr>
          <w:rFonts w:asciiTheme="majorHAnsi" w:hAnsiTheme="majorHAnsi" w:cstheme="majorHAnsi"/>
        </w:rPr>
        <w:t>tedy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básně</w:t>
      </w:r>
      <w:proofErr w:type="spellEnd"/>
      <w:r w:rsidR="00A26ABE" w:rsidRPr="000752AF">
        <w:rPr>
          <w:rFonts w:asciiTheme="majorHAnsi" w:hAnsiTheme="majorHAnsi" w:cstheme="majorHAnsi"/>
        </w:rPr>
        <w:t xml:space="preserve">, </w:t>
      </w:r>
      <w:proofErr w:type="spellStart"/>
      <w:r w:rsidR="00A26ABE" w:rsidRPr="000752AF">
        <w:rPr>
          <w:rFonts w:asciiTheme="majorHAnsi" w:hAnsiTheme="majorHAnsi" w:cstheme="majorHAnsi"/>
        </w:rPr>
        <w:t>které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si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hrají</w:t>
      </w:r>
      <w:proofErr w:type="spellEnd"/>
      <w:r w:rsidR="00A26ABE" w:rsidRPr="000752AF">
        <w:rPr>
          <w:rFonts w:asciiTheme="majorHAnsi" w:hAnsiTheme="majorHAnsi" w:cstheme="majorHAnsi"/>
        </w:rPr>
        <w:t xml:space="preserve"> s </w:t>
      </w:r>
      <w:proofErr w:type="spellStart"/>
      <w:r w:rsidR="00A26ABE" w:rsidRPr="000752AF">
        <w:rPr>
          <w:rFonts w:asciiTheme="majorHAnsi" w:hAnsiTheme="majorHAnsi" w:cstheme="majorHAnsi"/>
        </w:rPr>
        <w:t>info</w:t>
      </w:r>
      <w:r w:rsidR="000752AF">
        <w:rPr>
          <w:rFonts w:asciiTheme="majorHAnsi" w:hAnsiTheme="majorHAnsi" w:cstheme="majorHAnsi"/>
        </w:rPr>
        <w:t>rmacemi</w:t>
      </w:r>
      <w:proofErr w:type="spellEnd"/>
      <w:r w:rsidR="000752AF">
        <w:rPr>
          <w:rFonts w:asciiTheme="majorHAnsi" w:hAnsiTheme="majorHAnsi" w:cstheme="majorHAnsi"/>
        </w:rPr>
        <w:t xml:space="preserve">, </w:t>
      </w:r>
      <w:proofErr w:type="spellStart"/>
      <w:r w:rsidR="000752AF">
        <w:rPr>
          <w:rFonts w:asciiTheme="majorHAnsi" w:hAnsiTheme="majorHAnsi" w:cstheme="majorHAnsi"/>
        </w:rPr>
        <w:t>slovy</w:t>
      </w:r>
      <w:proofErr w:type="spellEnd"/>
      <w:r w:rsidR="000752AF">
        <w:rPr>
          <w:rFonts w:asciiTheme="majorHAnsi" w:hAnsiTheme="majorHAnsi" w:cstheme="majorHAnsi"/>
        </w:rPr>
        <w:t xml:space="preserve">, </w:t>
      </w:r>
      <w:proofErr w:type="spellStart"/>
      <w:r w:rsidR="000752AF">
        <w:rPr>
          <w:rFonts w:asciiTheme="majorHAnsi" w:hAnsiTheme="majorHAnsi" w:cstheme="majorHAnsi"/>
        </w:rPr>
        <w:t>rýmy</w:t>
      </w:r>
      <w:proofErr w:type="spellEnd"/>
      <w:r w:rsidR="00A26ABE" w:rsidRPr="000752AF">
        <w:rPr>
          <w:rFonts w:asciiTheme="majorHAnsi" w:hAnsiTheme="majorHAnsi" w:cstheme="majorHAnsi"/>
        </w:rPr>
        <w:t xml:space="preserve">? </w:t>
      </w:r>
      <w:proofErr w:type="spellStart"/>
      <w:r w:rsidR="00A26ABE" w:rsidRPr="000752AF">
        <w:rPr>
          <w:rFonts w:asciiTheme="majorHAnsi" w:hAnsiTheme="majorHAnsi" w:cstheme="majorHAnsi"/>
        </w:rPr>
        <w:t>Proč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ano</w:t>
      </w:r>
      <w:proofErr w:type="spellEnd"/>
      <w:r w:rsidR="00A26ABE" w:rsidRPr="000752AF">
        <w:rPr>
          <w:rFonts w:asciiTheme="majorHAnsi" w:hAnsiTheme="majorHAnsi" w:cstheme="majorHAnsi"/>
        </w:rPr>
        <w:t xml:space="preserve"> / </w:t>
      </w:r>
      <w:proofErr w:type="spellStart"/>
      <w:r w:rsidR="00A26ABE" w:rsidRPr="000752AF">
        <w:rPr>
          <w:rFonts w:asciiTheme="majorHAnsi" w:hAnsiTheme="majorHAnsi" w:cstheme="majorHAnsi"/>
        </w:rPr>
        <w:t>proč</w:t>
      </w:r>
      <w:proofErr w:type="spellEnd"/>
      <w:r w:rsidR="00A26ABE" w:rsidRPr="000752AF">
        <w:rPr>
          <w:rFonts w:asciiTheme="majorHAnsi" w:hAnsiTheme="majorHAnsi" w:cstheme="majorHAnsi"/>
        </w:rPr>
        <w:t xml:space="preserve"> ne?</w:t>
      </w:r>
    </w:p>
    <w:p w14:paraId="79EDBAF9" w14:textId="302AE2BC" w:rsidR="00224775" w:rsidRPr="000752AF" w:rsidRDefault="00224775">
      <w:pPr>
        <w:rPr>
          <w:rFonts w:asciiTheme="majorHAnsi" w:hAnsiTheme="majorHAnsi" w:cstheme="majorHAnsi"/>
        </w:rPr>
      </w:pPr>
    </w:p>
    <w:p w14:paraId="78491EEF" w14:textId="77777777" w:rsidR="00224775" w:rsidRPr="000752AF" w:rsidRDefault="00224775">
      <w:pPr>
        <w:rPr>
          <w:rFonts w:asciiTheme="majorHAnsi" w:hAnsiTheme="majorHAnsi" w:cstheme="majorHAnsi"/>
        </w:rPr>
      </w:pPr>
    </w:p>
    <w:p w14:paraId="5B97D558" w14:textId="6BADDA83" w:rsidR="00DD255E" w:rsidRPr="000752AF" w:rsidRDefault="00224775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5</w:t>
      </w:r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Máte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rádi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texty</w:t>
      </w:r>
      <w:proofErr w:type="spellEnd"/>
      <w:r w:rsidR="00A26ABE" w:rsidRPr="000752AF">
        <w:rPr>
          <w:rFonts w:asciiTheme="majorHAnsi" w:hAnsiTheme="majorHAnsi" w:cstheme="majorHAnsi"/>
        </w:rPr>
        <w:t xml:space="preserve"> o </w:t>
      </w:r>
      <w:proofErr w:type="spellStart"/>
      <w:r w:rsidR="00A26ABE" w:rsidRPr="000752AF">
        <w:rPr>
          <w:rFonts w:asciiTheme="majorHAnsi" w:hAnsiTheme="majorHAnsi" w:cstheme="majorHAnsi"/>
        </w:rPr>
        <w:t>zvířatec</w:t>
      </w:r>
      <w:r w:rsidR="000752AF">
        <w:rPr>
          <w:rFonts w:asciiTheme="majorHAnsi" w:hAnsiTheme="majorHAnsi" w:cstheme="majorHAnsi"/>
        </w:rPr>
        <w:t>h</w:t>
      </w:r>
      <w:proofErr w:type="spellEnd"/>
      <w:r w:rsidR="000752AF">
        <w:rPr>
          <w:rFonts w:asciiTheme="majorHAnsi" w:hAnsiTheme="majorHAnsi" w:cstheme="majorHAnsi"/>
        </w:rPr>
        <w:t xml:space="preserve">? Co </w:t>
      </w:r>
      <w:proofErr w:type="spellStart"/>
      <w:r w:rsidR="000752AF">
        <w:rPr>
          <w:rFonts w:asciiTheme="majorHAnsi" w:hAnsiTheme="majorHAnsi" w:cstheme="majorHAnsi"/>
        </w:rPr>
        <w:t>vás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na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nich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baví</w:t>
      </w:r>
      <w:proofErr w:type="spellEnd"/>
      <w:r w:rsidR="000752AF">
        <w:rPr>
          <w:rFonts w:asciiTheme="majorHAnsi" w:hAnsiTheme="majorHAnsi" w:cstheme="majorHAnsi"/>
        </w:rPr>
        <w:t xml:space="preserve">, </w:t>
      </w:r>
      <w:proofErr w:type="spellStart"/>
      <w:r w:rsidR="000752AF">
        <w:rPr>
          <w:rFonts w:asciiTheme="majorHAnsi" w:hAnsiTheme="majorHAnsi" w:cstheme="majorHAnsi"/>
        </w:rPr>
        <w:t>nebo</w:t>
      </w:r>
      <w:proofErr w:type="spellEnd"/>
      <w:r w:rsidR="00A26ABE" w:rsidRPr="000752AF">
        <w:rPr>
          <w:rFonts w:asciiTheme="majorHAnsi" w:hAnsiTheme="majorHAnsi" w:cstheme="majorHAnsi"/>
        </w:rPr>
        <w:t xml:space="preserve"> co </w:t>
      </w:r>
      <w:proofErr w:type="spellStart"/>
      <w:r w:rsidR="00A26ABE" w:rsidRPr="000752AF">
        <w:rPr>
          <w:rFonts w:asciiTheme="majorHAnsi" w:hAnsiTheme="majorHAnsi" w:cstheme="majorHAnsi"/>
        </w:rPr>
        <w:t>vám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na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nich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vadí</w:t>
      </w:r>
      <w:proofErr w:type="spellEnd"/>
      <w:r w:rsidR="00A26ABE" w:rsidRPr="000752AF">
        <w:rPr>
          <w:rFonts w:asciiTheme="majorHAnsi" w:hAnsiTheme="majorHAnsi" w:cstheme="majorHAnsi"/>
        </w:rPr>
        <w:t>?</w:t>
      </w:r>
    </w:p>
    <w:p w14:paraId="16E94D6A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6387CAE3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3E2F1BB7" w14:textId="473847EE" w:rsidR="00DD255E" w:rsidRPr="000752AF" w:rsidRDefault="00224775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6</w:t>
      </w:r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Jaký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vztah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ke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zvířatům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podle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vás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verše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vyjadřují</w:t>
      </w:r>
      <w:proofErr w:type="spellEnd"/>
      <w:r w:rsidR="00A26ABE" w:rsidRPr="000752AF">
        <w:rPr>
          <w:rFonts w:asciiTheme="majorHAnsi" w:hAnsiTheme="majorHAnsi" w:cstheme="majorHAnsi"/>
        </w:rPr>
        <w:t xml:space="preserve">? </w:t>
      </w:r>
      <w:proofErr w:type="spellStart"/>
      <w:r w:rsidR="00A26ABE" w:rsidRPr="000752AF">
        <w:rPr>
          <w:rFonts w:asciiTheme="majorHAnsi" w:hAnsiTheme="majorHAnsi" w:cstheme="majorHAnsi"/>
        </w:rPr>
        <w:t>Najděte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alespoň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jedno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místo</w:t>
      </w:r>
      <w:proofErr w:type="spellEnd"/>
      <w:r w:rsidR="00A26ABE" w:rsidRPr="000752AF">
        <w:rPr>
          <w:rFonts w:asciiTheme="majorHAnsi" w:hAnsiTheme="majorHAnsi" w:cstheme="majorHAnsi"/>
        </w:rPr>
        <w:t xml:space="preserve">, </w:t>
      </w:r>
      <w:proofErr w:type="spellStart"/>
      <w:r w:rsidR="00A26ABE" w:rsidRPr="000752AF">
        <w:rPr>
          <w:rFonts w:asciiTheme="majorHAnsi" w:hAnsiTheme="majorHAnsi" w:cstheme="majorHAnsi"/>
        </w:rPr>
        <w:t>které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váš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názor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podporuje</w:t>
      </w:r>
      <w:proofErr w:type="spellEnd"/>
      <w:r w:rsidR="00A26ABE" w:rsidRPr="000752AF">
        <w:rPr>
          <w:rFonts w:asciiTheme="majorHAnsi" w:hAnsiTheme="majorHAnsi" w:cstheme="majorHAnsi"/>
        </w:rPr>
        <w:t>.</w:t>
      </w:r>
    </w:p>
    <w:p w14:paraId="1A2FEB01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1CC79ACC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44124893" w14:textId="740B6001" w:rsidR="00DD255E" w:rsidRPr="000752AF" w:rsidRDefault="00224775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7</w:t>
      </w:r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Vyberte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jeden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verš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nebo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krátkou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část</w:t>
      </w:r>
      <w:proofErr w:type="spellEnd"/>
      <w:r w:rsidR="00A26ABE" w:rsidRPr="000752AF">
        <w:rPr>
          <w:rFonts w:asciiTheme="majorHAnsi" w:hAnsiTheme="majorHAnsi" w:cstheme="majorHAnsi"/>
        </w:rPr>
        <w:t xml:space="preserve">, </w:t>
      </w:r>
      <w:proofErr w:type="spellStart"/>
      <w:r w:rsidR="00A26ABE" w:rsidRPr="000752AF">
        <w:rPr>
          <w:rFonts w:asciiTheme="majorHAnsi" w:hAnsiTheme="majorHAnsi" w:cstheme="majorHAnsi"/>
        </w:rPr>
        <w:t>která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vám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zůstala</w:t>
      </w:r>
      <w:proofErr w:type="spellEnd"/>
      <w:r w:rsidR="00A26ABE" w:rsidRPr="000752AF">
        <w:rPr>
          <w:rFonts w:asciiTheme="majorHAnsi" w:hAnsiTheme="majorHAnsi" w:cstheme="majorHAnsi"/>
        </w:rPr>
        <w:t xml:space="preserve"> v </w:t>
      </w:r>
      <w:proofErr w:type="spellStart"/>
      <w:r w:rsidR="00A26ABE" w:rsidRPr="000752AF">
        <w:rPr>
          <w:rFonts w:asciiTheme="majorHAnsi" w:hAnsiTheme="majorHAnsi" w:cstheme="majorHAnsi"/>
        </w:rPr>
        <w:t>hlavě</w:t>
      </w:r>
      <w:proofErr w:type="spellEnd"/>
      <w:r w:rsidR="00A26ABE" w:rsidRPr="000752AF">
        <w:rPr>
          <w:rFonts w:asciiTheme="majorHAnsi" w:hAnsiTheme="majorHAnsi" w:cstheme="majorHAnsi"/>
        </w:rPr>
        <w:t xml:space="preserve">. </w:t>
      </w:r>
      <w:proofErr w:type="spellStart"/>
      <w:r w:rsidR="00A26ABE" w:rsidRPr="000752AF">
        <w:rPr>
          <w:rFonts w:asciiTheme="majorHAnsi" w:hAnsiTheme="majorHAnsi" w:cstheme="majorHAnsi"/>
        </w:rPr>
        <w:t>Napište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proč</w:t>
      </w:r>
      <w:proofErr w:type="spellEnd"/>
      <w:r w:rsidR="00A26ABE" w:rsidRPr="000752AF">
        <w:rPr>
          <w:rFonts w:asciiTheme="majorHAnsi" w:hAnsiTheme="majorHAnsi" w:cstheme="majorHAnsi"/>
        </w:rPr>
        <w:t>.</w:t>
      </w:r>
    </w:p>
    <w:p w14:paraId="77BB64BE" w14:textId="77777777" w:rsidR="001A5EF6" w:rsidRPr="000752AF" w:rsidRDefault="001A5EF6">
      <w:pPr>
        <w:rPr>
          <w:rFonts w:asciiTheme="majorHAnsi" w:hAnsiTheme="majorHAnsi" w:cstheme="majorHAnsi"/>
        </w:rPr>
      </w:pPr>
    </w:p>
    <w:p w14:paraId="159F5803" w14:textId="77777777" w:rsidR="001A5EF6" w:rsidRPr="000752AF" w:rsidRDefault="001A5EF6">
      <w:pPr>
        <w:rPr>
          <w:rFonts w:asciiTheme="majorHAnsi" w:hAnsiTheme="majorHAnsi" w:cstheme="majorHAnsi"/>
        </w:rPr>
      </w:pPr>
    </w:p>
    <w:p w14:paraId="4D216ABB" w14:textId="120F12A4" w:rsidR="001A5EF6" w:rsidRPr="000752AF" w:rsidRDefault="001A5EF6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 xml:space="preserve">10. </w:t>
      </w:r>
      <w:proofErr w:type="spellStart"/>
      <w:r w:rsidRPr="000752AF">
        <w:rPr>
          <w:rFonts w:asciiTheme="majorHAnsi" w:hAnsiTheme="majorHAnsi" w:cstheme="majorHAnsi"/>
        </w:rPr>
        <w:t>Vraťte</w:t>
      </w:r>
      <w:proofErr w:type="spellEnd"/>
      <w:r w:rsidRPr="000752AF">
        <w:rPr>
          <w:rFonts w:asciiTheme="majorHAnsi" w:hAnsiTheme="majorHAnsi" w:cstheme="majorHAnsi"/>
        </w:rPr>
        <w:t xml:space="preserve"> s</w:t>
      </w:r>
      <w:r w:rsidR="00A26ABE" w:rsidRPr="000752AF">
        <w:rPr>
          <w:rFonts w:asciiTheme="majorHAnsi" w:hAnsiTheme="majorHAnsi" w:cstheme="majorHAnsi"/>
        </w:rPr>
        <w:t xml:space="preserve">e k </w:t>
      </w:r>
      <w:proofErr w:type="spellStart"/>
      <w:r w:rsidR="00A26ABE" w:rsidRPr="000752AF">
        <w:rPr>
          <w:rFonts w:asciiTheme="majorHAnsi" w:hAnsiTheme="majorHAnsi" w:cstheme="majorHAnsi"/>
        </w:rPr>
        <w:t>názvu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celého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souboru</w:t>
      </w:r>
      <w:proofErr w:type="spellEnd"/>
      <w:r w:rsidR="00A26ABE" w:rsidRPr="000752AF">
        <w:rPr>
          <w:rFonts w:asciiTheme="majorHAnsi" w:hAnsiTheme="majorHAnsi" w:cstheme="majorHAnsi"/>
        </w:rPr>
        <w:t xml:space="preserve">. Co </w:t>
      </w:r>
      <w:proofErr w:type="spellStart"/>
      <w:r w:rsidR="00A26ABE" w:rsidRPr="000752AF">
        <w:rPr>
          <w:rFonts w:asciiTheme="majorHAnsi" w:hAnsiTheme="majorHAnsi" w:cstheme="majorHAnsi"/>
        </w:rPr>
        <w:t>podle</w:t>
      </w:r>
      <w:proofErr w:type="spellEnd"/>
      <w:r w:rsidR="00A26ABE" w:rsidRPr="000752AF">
        <w:rPr>
          <w:rFonts w:asciiTheme="majorHAnsi" w:hAnsiTheme="majorHAnsi" w:cstheme="majorHAnsi"/>
        </w:rPr>
        <w:t xml:space="preserve"> </w:t>
      </w:r>
      <w:proofErr w:type="spellStart"/>
      <w:r w:rsidR="00A26ABE" w:rsidRPr="000752AF">
        <w:rPr>
          <w:rFonts w:asciiTheme="majorHAnsi" w:hAnsiTheme="majorHAnsi" w:cstheme="majorHAnsi"/>
        </w:rPr>
        <w:t>vás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tenhle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název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souboru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naznačuje</w:t>
      </w:r>
      <w:proofErr w:type="spellEnd"/>
      <w:r w:rsidR="00B9677F" w:rsidRPr="000752AF">
        <w:rPr>
          <w:rFonts w:asciiTheme="majorHAnsi" w:hAnsiTheme="majorHAnsi" w:cstheme="majorHAnsi"/>
        </w:rPr>
        <w:t>?</w:t>
      </w:r>
    </w:p>
    <w:p w14:paraId="2413E35B" w14:textId="77777777" w:rsidR="00C85DD2" w:rsidRPr="000752AF" w:rsidRDefault="00C85DD2" w:rsidP="00C85DD2">
      <w:pPr>
        <w:rPr>
          <w:rFonts w:asciiTheme="majorHAnsi" w:hAnsiTheme="majorHAnsi" w:cstheme="majorHAnsi"/>
        </w:rPr>
      </w:pPr>
    </w:p>
    <w:p w14:paraId="3DB5FAE8" w14:textId="77777777" w:rsidR="00C85DD2" w:rsidRPr="000752AF" w:rsidRDefault="00C85DD2" w:rsidP="00C85DD2">
      <w:pPr>
        <w:rPr>
          <w:rFonts w:asciiTheme="majorHAnsi" w:hAnsiTheme="majorHAnsi" w:cstheme="majorHAnsi"/>
        </w:rPr>
      </w:pPr>
    </w:p>
    <w:p w14:paraId="5D094C2E" w14:textId="77777777" w:rsidR="00C85DD2" w:rsidRPr="000752AF" w:rsidRDefault="00C85DD2" w:rsidP="00C85DD2">
      <w:pPr>
        <w:rPr>
          <w:rFonts w:asciiTheme="majorHAnsi" w:hAnsiTheme="majorHAnsi" w:cstheme="majorHAnsi"/>
        </w:rPr>
      </w:pPr>
    </w:p>
    <w:p w14:paraId="50482310" w14:textId="03088363" w:rsidR="00DD255E" w:rsidRPr="000752AF" w:rsidRDefault="00A26ABE">
      <w:pPr>
        <w:pStyle w:val="Nadpis1"/>
        <w:rPr>
          <w:rFonts w:cstheme="majorHAnsi"/>
        </w:rPr>
      </w:pPr>
      <w:r w:rsidRPr="000752AF">
        <w:rPr>
          <w:rFonts w:cstheme="majorHAnsi"/>
        </w:rPr>
        <w:t xml:space="preserve">4. Od </w:t>
      </w:r>
      <w:proofErr w:type="spellStart"/>
      <w:r w:rsidRPr="000752AF">
        <w:rPr>
          <w:rFonts w:cstheme="majorHAnsi"/>
        </w:rPr>
        <w:t>zajímavosti</w:t>
      </w:r>
      <w:proofErr w:type="spellEnd"/>
      <w:r w:rsidRPr="000752AF">
        <w:rPr>
          <w:rFonts w:cstheme="majorHAnsi"/>
        </w:rPr>
        <w:t xml:space="preserve"> k </w:t>
      </w:r>
      <w:proofErr w:type="spellStart"/>
      <w:r w:rsidRPr="000752AF">
        <w:rPr>
          <w:rFonts w:cstheme="majorHAnsi"/>
        </w:rPr>
        <w:t>básničce</w:t>
      </w:r>
      <w:proofErr w:type="spellEnd"/>
    </w:p>
    <w:p w14:paraId="7A75F513" w14:textId="4F330A7F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Teď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vyzkoušejte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autorův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postup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sami</w:t>
      </w:r>
      <w:proofErr w:type="spellEnd"/>
      <w:r w:rsidRPr="000752AF">
        <w:rPr>
          <w:rFonts w:asciiTheme="majorHAnsi" w:hAnsiTheme="majorHAnsi" w:cstheme="majorHAnsi"/>
        </w:rPr>
        <w:t xml:space="preserve">. </w:t>
      </w:r>
      <w:proofErr w:type="spellStart"/>
      <w:r w:rsidRPr="000752AF">
        <w:rPr>
          <w:rFonts w:asciiTheme="majorHAnsi" w:hAnsiTheme="majorHAnsi" w:cstheme="majorHAnsi"/>
        </w:rPr>
        <w:t>Vyberte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jedno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zvíře</w:t>
      </w:r>
      <w:proofErr w:type="spellEnd"/>
      <w:r w:rsidRPr="000752AF">
        <w:rPr>
          <w:rFonts w:asciiTheme="majorHAnsi" w:hAnsiTheme="majorHAnsi" w:cstheme="majorHAnsi"/>
        </w:rPr>
        <w:t xml:space="preserve"> (o </w:t>
      </w:r>
      <w:proofErr w:type="spellStart"/>
      <w:r w:rsidRPr="000752AF">
        <w:rPr>
          <w:rFonts w:asciiTheme="majorHAnsi" w:hAnsiTheme="majorHAnsi" w:cstheme="majorHAnsi"/>
        </w:rPr>
        <w:t>kterém</w:t>
      </w:r>
      <w:proofErr w:type="spellEnd"/>
      <w:r w:rsidRPr="000752AF">
        <w:rPr>
          <w:rFonts w:asciiTheme="majorHAnsi" w:hAnsiTheme="majorHAnsi" w:cstheme="majorHAnsi"/>
        </w:rPr>
        <w:t xml:space="preserve"> se v PL </w:t>
      </w:r>
      <w:proofErr w:type="spellStart"/>
      <w:r w:rsidRPr="000752AF">
        <w:rPr>
          <w:rFonts w:asciiTheme="majorHAnsi" w:hAnsiTheme="majorHAnsi" w:cstheme="majorHAnsi"/>
        </w:rPr>
        <w:t>nepíše</w:t>
      </w:r>
      <w:proofErr w:type="spellEnd"/>
      <w:r w:rsidRPr="000752AF">
        <w:rPr>
          <w:rFonts w:asciiTheme="majorHAnsi" w:hAnsiTheme="majorHAnsi" w:cstheme="majorHAnsi"/>
        </w:rPr>
        <w:t xml:space="preserve">) a </w:t>
      </w:r>
      <w:proofErr w:type="spellStart"/>
      <w:r w:rsidRPr="000752AF">
        <w:rPr>
          <w:rFonts w:asciiTheme="majorHAnsi" w:hAnsiTheme="majorHAnsi" w:cstheme="majorHAnsi"/>
        </w:rPr>
        <w:t>nejprve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něm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neshromažďujte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rýmy</w:t>
      </w:r>
      <w:proofErr w:type="spellEnd"/>
      <w:r w:rsidRPr="000752AF">
        <w:rPr>
          <w:rFonts w:asciiTheme="majorHAnsi" w:hAnsiTheme="majorHAnsi" w:cstheme="majorHAnsi"/>
        </w:rPr>
        <w:t xml:space="preserve">, ale </w:t>
      </w:r>
      <w:proofErr w:type="spellStart"/>
      <w:r w:rsidRPr="000752AF">
        <w:rPr>
          <w:rFonts w:asciiTheme="majorHAnsi" w:hAnsiTheme="majorHAnsi" w:cstheme="majorHAnsi"/>
        </w:rPr>
        <w:t>zajímavosti</w:t>
      </w:r>
      <w:proofErr w:type="spellEnd"/>
      <w:r w:rsidRPr="000752AF">
        <w:rPr>
          <w:rFonts w:asciiTheme="majorHAnsi" w:hAnsiTheme="majorHAnsi" w:cstheme="majorHAnsi"/>
        </w:rPr>
        <w:t xml:space="preserve">. </w:t>
      </w:r>
      <w:proofErr w:type="spellStart"/>
      <w:r w:rsidRPr="000752AF">
        <w:rPr>
          <w:rFonts w:asciiTheme="majorHAnsi" w:hAnsiTheme="majorHAnsi" w:cstheme="majorHAnsi"/>
        </w:rPr>
        <w:t>Teprve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potom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přemýšlejte</w:t>
      </w:r>
      <w:proofErr w:type="spellEnd"/>
      <w:r w:rsidRPr="000752AF">
        <w:rPr>
          <w:rFonts w:asciiTheme="majorHAnsi" w:hAnsiTheme="majorHAnsi" w:cstheme="majorHAnsi"/>
        </w:rPr>
        <w:t xml:space="preserve">, co z </w:t>
      </w:r>
      <w:proofErr w:type="spellStart"/>
      <w:r w:rsidRPr="000752AF">
        <w:rPr>
          <w:rFonts w:asciiTheme="majorHAnsi" w:hAnsiTheme="majorHAnsi" w:cstheme="majorHAnsi"/>
        </w:rPr>
        <w:t>nich</w:t>
      </w:r>
      <w:proofErr w:type="spellEnd"/>
      <w:r w:rsidRPr="000752AF">
        <w:rPr>
          <w:rFonts w:asciiTheme="majorHAnsi" w:hAnsiTheme="majorHAnsi" w:cstheme="majorHAnsi"/>
        </w:rPr>
        <w:t xml:space="preserve"> by se </w:t>
      </w:r>
      <w:proofErr w:type="spellStart"/>
      <w:r w:rsidRPr="000752AF">
        <w:rPr>
          <w:rFonts w:asciiTheme="majorHAnsi" w:hAnsiTheme="majorHAnsi" w:cstheme="majorHAnsi"/>
        </w:rPr>
        <w:t>dalo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zveršovat</w:t>
      </w:r>
      <w:proofErr w:type="spellEnd"/>
      <w:r w:rsidRPr="000752AF">
        <w:rPr>
          <w:rFonts w:asciiTheme="majorHAnsi" w:hAnsiTheme="majorHAnsi" w:cstheme="majorHAnsi"/>
        </w:rPr>
        <w:t>.</w:t>
      </w:r>
    </w:p>
    <w:p w14:paraId="1A47D90F" w14:textId="77777777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b/>
        </w:rPr>
        <w:t>Moje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zvíře</w:t>
      </w:r>
      <w:proofErr w:type="spellEnd"/>
      <w:r w:rsidRPr="000752AF">
        <w:rPr>
          <w:rFonts w:asciiTheme="majorHAnsi" w:hAnsiTheme="majorHAnsi" w:cstheme="majorHAnsi"/>
          <w:b/>
        </w:rPr>
        <w:t>:</w:t>
      </w:r>
    </w:p>
    <w:p w14:paraId="515ED15D" w14:textId="77777777" w:rsidR="00DD255E" w:rsidRPr="000752AF" w:rsidRDefault="00A26ABE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>____________________________________________</w:t>
      </w:r>
    </w:p>
    <w:p w14:paraId="3D92D07A" w14:textId="77777777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b/>
        </w:rPr>
        <w:t>Jak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vypadá</w:t>
      </w:r>
      <w:proofErr w:type="spellEnd"/>
      <w:r w:rsidRPr="000752AF">
        <w:rPr>
          <w:rFonts w:asciiTheme="majorHAnsi" w:hAnsiTheme="majorHAnsi" w:cstheme="majorHAnsi"/>
          <w:b/>
        </w:rPr>
        <w:t>? (</w:t>
      </w:r>
      <w:proofErr w:type="spellStart"/>
      <w:r w:rsidRPr="000752AF">
        <w:rPr>
          <w:rFonts w:asciiTheme="majorHAnsi" w:hAnsiTheme="majorHAnsi" w:cstheme="majorHAnsi"/>
          <w:b/>
        </w:rPr>
        <w:t>barva</w:t>
      </w:r>
      <w:proofErr w:type="spellEnd"/>
      <w:r w:rsidRPr="000752AF">
        <w:rPr>
          <w:rFonts w:asciiTheme="majorHAnsi" w:hAnsiTheme="majorHAnsi" w:cstheme="majorHAnsi"/>
          <w:b/>
        </w:rPr>
        <w:t xml:space="preserve">, </w:t>
      </w:r>
      <w:proofErr w:type="spellStart"/>
      <w:r w:rsidRPr="000752AF">
        <w:rPr>
          <w:rFonts w:asciiTheme="majorHAnsi" w:hAnsiTheme="majorHAnsi" w:cstheme="majorHAnsi"/>
          <w:b/>
        </w:rPr>
        <w:t>velikost</w:t>
      </w:r>
      <w:proofErr w:type="spellEnd"/>
      <w:r w:rsidRPr="000752AF">
        <w:rPr>
          <w:rFonts w:asciiTheme="majorHAnsi" w:hAnsiTheme="majorHAnsi" w:cstheme="majorHAnsi"/>
          <w:b/>
        </w:rPr>
        <w:t xml:space="preserve">, </w:t>
      </w:r>
      <w:proofErr w:type="spellStart"/>
      <w:r w:rsidRPr="000752AF">
        <w:rPr>
          <w:rFonts w:asciiTheme="majorHAnsi" w:hAnsiTheme="majorHAnsi" w:cstheme="majorHAnsi"/>
          <w:b/>
        </w:rPr>
        <w:t>nápadné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části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těla</w:t>
      </w:r>
      <w:proofErr w:type="spellEnd"/>
      <w:r w:rsidRPr="000752AF">
        <w:rPr>
          <w:rFonts w:asciiTheme="majorHAnsi" w:hAnsiTheme="majorHAnsi" w:cstheme="majorHAnsi"/>
          <w:b/>
        </w:rPr>
        <w:t>…)</w:t>
      </w:r>
    </w:p>
    <w:p w14:paraId="7C7D69CE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297C40BA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206FE2AF" w14:textId="725106BC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b/>
        </w:rPr>
        <w:t>Jak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žije</w:t>
      </w:r>
      <w:proofErr w:type="spellEnd"/>
      <w:r w:rsidRPr="000752AF">
        <w:rPr>
          <w:rFonts w:asciiTheme="majorHAnsi" w:hAnsiTheme="majorHAnsi" w:cstheme="majorHAnsi"/>
          <w:b/>
        </w:rPr>
        <w:t>? (</w:t>
      </w:r>
      <w:proofErr w:type="spellStart"/>
      <w:r w:rsidRPr="000752AF">
        <w:rPr>
          <w:rFonts w:asciiTheme="majorHAnsi" w:hAnsiTheme="majorHAnsi" w:cstheme="majorHAnsi"/>
          <w:b/>
        </w:rPr>
        <w:t>kde</w:t>
      </w:r>
      <w:proofErr w:type="spellEnd"/>
      <w:r w:rsidRPr="000752AF">
        <w:rPr>
          <w:rFonts w:asciiTheme="majorHAnsi" w:hAnsiTheme="majorHAnsi" w:cstheme="majorHAnsi"/>
          <w:b/>
        </w:rPr>
        <w:t xml:space="preserve">, </w:t>
      </w:r>
      <w:proofErr w:type="spellStart"/>
      <w:r w:rsidRPr="000752AF">
        <w:rPr>
          <w:rFonts w:asciiTheme="majorHAnsi" w:hAnsiTheme="majorHAnsi" w:cstheme="majorHAnsi"/>
          <w:b/>
        </w:rPr>
        <w:t>kdy</w:t>
      </w:r>
      <w:proofErr w:type="spellEnd"/>
      <w:r w:rsidRPr="000752AF">
        <w:rPr>
          <w:rFonts w:asciiTheme="majorHAnsi" w:hAnsiTheme="majorHAnsi" w:cstheme="majorHAnsi"/>
          <w:b/>
        </w:rPr>
        <w:t xml:space="preserve">, s </w:t>
      </w:r>
      <w:proofErr w:type="spellStart"/>
      <w:r w:rsidRPr="000752AF">
        <w:rPr>
          <w:rFonts w:asciiTheme="majorHAnsi" w:hAnsiTheme="majorHAnsi" w:cstheme="majorHAnsi"/>
          <w:b/>
        </w:rPr>
        <w:t>kým</w:t>
      </w:r>
      <w:proofErr w:type="spellEnd"/>
      <w:r w:rsidRPr="000752AF">
        <w:rPr>
          <w:rFonts w:asciiTheme="majorHAnsi" w:hAnsiTheme="majorHAnsi" w:cstheme="majorHAnsi"/>
          <w:b/>
        </w:rPr>
        <w:t xml:space="preserve">, </w:t>
      </w:r>
      <w:proofErr w:type="spellStart"/>
      <w:r w:rsidRPr="000752AF">
        <w:rPr>
          <w:rFonts w:asciiTheme="majorHAnsi" w:hAnsiTheme="majorHAnsi" w:cstheme="majorHAnsi"/>
          <w:b/>
        </w:rPr>
        <w:t>čím</w:t>
      </w:r>
      <w:proofErr w:type="spellEnd"/>
      <w:r w:rsidRPr="000752AF">
        <w:rPr>
          <w:rFonts w:asciiTheme="majorHAnsi" w:hAnsiTheme="majorHAnsi" w:cstheme="majorHAnsi"/>
          <w:b/>
        </w:rPr>
        <w:t xml:space="preserve"> se </w:t>
      </w:r>
      <w:proofErr w:type="spellStart"/>
      <w:r w:rsidRPr="000752AF">
        <w:rPr>
          <w:rFonts w:asciiTheme="majorHAnsi" w:hAnsiTheme="majorHAnsi" w:cstheme="majorHAnsi"/>
          <w:b/>
        </w:rPr>
        <w:t>živí</w:t>
      </w:r>
      <w:proofErr w:type="spellEnd"/>
      <w:r w:rsidRPr="000752AF">
        <w:rPr>
          <w:rFonts w:asciiTheme="majorHAnsi" w:hAnsiTheme="majorHAnsi" w:cstheme="majorHAnsi"/>
          <w:b/>
        </w:rPr>
        <w:t>…)</w:t>
      </w:r>
    </w:p>
    <w:p w14:paraId="0E2CB0DC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326E9A78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11E63D0D" w14:textId="6389A43D" w:rsidR="00DD255E" w:rsidRPr="000752AF" w:rsidRDefault="00A26ABE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  <w:b/>
        </w:rPr>
        <w:t xml:space="preserve">Co </w:t>
      </w:r>
      <w:proofErr w:type="spellStart"/>
      <w:r w:rsidRPr="000752AF">
        <w:rPr>
          <w:rFonts w:asciiTheme="majorHAnsi" w:hAnsiTheme="majorHAnsi" w:cstheme="majorHAnsi"/>
          <w:b/>
        </w:rPr>
        <w:t>umí</w:t>
      </w:r>
      <w:proofErr w:type="spellEnd"/>
      <w:r w:rsidRPr="000752AF">
        <w:rPr>
          <w:rFonts w:asciiTheme="majorHAnsi" w:hAnsiTheme="majorHAnsi" w:cstheme="majorHAnsi"/>
          <w:b/>
        </w:rPr>
        <w:t xml:space="preserve"> / </w:t>
      </w:r>
      <w:proofErr w:type="spellStart"/>
      <w:r w:rsidRPr="000752AF">
        <w:rPr>
          <w:rFonts w:asciiTheme="majorHAnsi" w:hAnsiTheme="majorHAnsi" w:cstheme="majorHAnsi"/>
          <w:b/>
        </w:rPr>
        <w:t>čím</w:t>
      </w:r>
      <w:proofErr w:type="spellEnd"/>
      <w:r w:rsidRPr="000752AF">
        <w:rPr>
          <w:rFonts w:asciiTheme="majorHAnsi" w:hAnsiTheme="majorHAnsi" w:cstheme="majorHAnsi"/>
          <w:b/>
        </w:rPr>
        <w:t xml:space="preserve"> je </w:t>
      </w:r>
      <w:proofErr w:type="spellStart"/>
      <w:r w:rsidRPr="000752AF">
        <w:rPr>
          <w:rFonts w:asciiTheme="majorHAnsi" w:hAnsiTheme="majorHAnsi" w:cstheme="majorHAnsi"/>
          <w:b/>
        </w:rPr>
        <w:t>zvláštní</w:t>
      </w:r>
      <w:proofErr w:type="spellEnd"/>
      <w:r w:rsidRPr="000752AF">
        <w:rPr>
          <w:rFonts w:asciiTheme="majorHAnsi" w:hAnsiTheme="majorHAnsi" w:cstheme="majorHAnsi"/>
          <w:b/>
        </w:rPr>
        <w:t>?</w:t>
      </w:r>
    </w:p>
    <w:p w14:paraId="2B83EC85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76569164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55F3BD9D" w14:textId="7F157C82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b/>
        </w:rPr>
        <w:t>Nějaká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překvapivá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nebo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vtipná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zajímavost</w:t>
      </w:r>
      <w:proofErr w:type="spellEnd"/>
      <w:r w:rsidRPr="000752AF">
        <w:rPr>
          <w:rFonts w:asciiTheme="majorHAnsi" w:hAnsiTheme="majorHAnsi" w:cstheme="majorHAnsi"/>
          <w:b/>
        </w:rPr>
        <w:t>:</w:t>
      </w:r>
    </w:p>
    <w:p w14:paraId="1D681BC7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620F4F57" w14:textId="77777777" w:rsidR="00C85DD2" w:rsidRPr="000752AF" w:rsidRDefault="00C85DD2">
      <w:pPr>
        <w:rPr>
          <w:rFonts w:asciiTheme="majorHAnsi" w:hAnsiTheme="majorHAnsi" w:cstheme="majorHAnsi"/>
          <w:b/>
        </w:rPr>
      </w:pPr>
    </w:p>
    <w:p w14:paraId="62BD4625" w14:textId="3DFE5BAA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  <w:b/>
        </w:rPr>
        <w:t>Zajímavé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slovo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nebo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slovní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spojení</w:t>
      </w:r>
      <w:proofErr w:type="spellEnd"/>
      <w:r w:rsidRPr="000752AF">
        <w:rPr>
          <w:rFonts w:asciiTheme="majorHAnsi" w:hAnsiTheme="majorHAnsi" w:cstheme="majorHAnsi"/>
          <w:b/>
        </w:rPr>
        <w:t xml:space="preserve">, </w:t>
      </w:r>
      <w:proofErr w:type="spellStart"/>
      <w:r w:rsidRPr="000752AF">
        <w:rPr>
          <w:rFonts w:asciiTheme="majorHAnsi" w:hAnsiTheme="majorHAnsi" w:cstheme="majorHAnsi"/>
          <w:b/>
        </w:rPr>
        <w:t>které</w:t>
      </w:r>
      <w:proofErr w:type="spellEnd"/>
      <w:r w:rsidRPr="000752AF">
        <w:rPr>
          <w:rFonts w:asciiTheme="majorHAnsi" w:hAnsiTheme="majorHAnsi" w:cstheme="majorHAnsi"/>
          <w:b/>
        </w:rPr>
        <w:t xml:space="preserve"> by se </w:t>
      </w:r>
      <w:proofErr w:type="spellStart"/>
      <w:r w:rsidRPr="000752AF">
        <w:rPr>
          <w:rFonts w:asciiTheme="majorHAnsi" w:hAnsiTheme="majorHAnsi" w:cstheme="majorHAnsi"/>
          <w:b/>
        </w:rPr>
        <w:t>dalo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použít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ve</w:t>
      </w:r>
      <w:proofErr w:type="spellEnd"/>
      <w:r w:rsidRPr="000752AF">
        <w:rPr>
          <w:rFonts w:asciiTheme="majorHAnsi" w:hAnsiTheme="majorHAnsi" w:cstheme="majorHAnsi"/>
          <w:b/>
        </w:rPr>
        <w:t xml:space="preserve"> </w:t>
      </w:r>
      <w:proofErr w:type="spellStart"/>
      <w:r w:rsidRPr="000752AF">
        <w:rPr>
          <w:rFonts w:asciiTheme="majorHAnsi" w:hAnsiTheme="majorHAnsi" w:cstheme="majorHAnsi"/>
          <w:b/>
        </w:rPr>
        <w:t>verši</w:t>
      </w:r>
      <w:proofErr w:type="spellEnd"/>
      <w:r w:rsidRPr="000752AF">
        <w:rPr>
          <w:rFonts w:asciiTheme="majorHAnsi" w:hAnsiTheme="majorHAnsi" w:cstheme="majorHAnsi"/>
          <w:b/>
        </w:rPr>
        <w:t>:</w:t>
      </w:r>
    </w:p>
    <w:p w14:paraId="082A9E1B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2FB73527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538CA9C0" w14:textId="66002C7A" w:rsidR="00DD255E" w:rsidRPr="000752AF" w:rsidRDefault="00A26ABE">
      <w:pPr>
        <w:rPr>
          <w:rFonts w:asciiTheme="majorHAnsi" w:hAnsiTheme="majorHAnsi" w:cstheme="majorHAnsi"/>
        </w:rPr>
      </w:pPr>
      <w:r w:rsidRPr="000752AF">
        <w:rPr>
          <w:rFonts w:asciiTheme="majorHAnsi" w:hAnsiTheme="majorHAnsi" w:cstheme="majorHAnsi"/>
        </w:rPr>
        <w:t xml:space="preserve">A </w:t>
      </w:r>
      <w:proofErr w:type="spellStart"/>
      <w:r w:rsidRPr="000752AF">
        <w:rPr>
          <w:rFonts w:asciiTheme="majorHAnsi" w:hAnsiTheme="majorHAnsi" w:cstheme="majorHAnsi"/>
        </w:rPr>
        <w:t>teď</w:t>
      </w:r>
      <w:proofErr w:type="spellEnd"/>
      <w:r w:rsidRPr="000752AF">
        <w:rPr>
          <w:rFonts w:asciiTheme="majorHAnsi" w:hAnsiTheme="majorHAnsi" w:cstheme="majorHAnsi"/>
        </w:rPr>
        <w:t xml:space="preserve">: </w:t>
      </w:r>
      <w:proofErr w:type="spellStart"/>
      <w:r w:rsidRPr="000752AF">
        <w:rPr>
          <w:rFonts w:asciiTheme="majorHAnsi" w:hAnsiTheme="majorHAnsi" w:cstheme="majorHAnsi"/>
        </w:rPr>
        <w:t>Kterou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zajímavost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byste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chtěli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proměnit</w:t>
      </w:r>
      <w:proofErr w:type="spellEnd"/>
      <w:r w:rsidRPr="000752AF">
        <w:rPr>
          <w:rFonts w:asciiTheme="majorHAnsi" w:hAnsiTheme="majorHAnsi" w:cstheme="majorHAnsi"/>
        </w:rPr>
        <w:t xml:space="preserve"> v </w:t>
      </w:r>
      <w:proofErr w:type="spellStart"/>
      <w:r w:rsidRPr="000752AF">
        <w:rPr>
          <w:rFonts w:asciiTheme="majorHAnsi" w:hAnsiTheme="majorHAnsi" w:cstheme="majorHAnsi"/>
        </w:rPr>
        <w:t>básničku</w:t>
      </w:r>
      <w:proofErr w:type="spellEnd"/>
      <w:r w:rsidRPr="000752AF">
        <w:rPr>
          <w:rFonts w:asciiTheme="majorHAnsi" w:hAnsiTheme="majorHAnsi" w:cstheme="majorHAnsi"/>
        </w:rPr>
        <w:t xml:space="preserve">? </w:t>
      </w:r>
      <w:proofErr w:type="spellStart"/>
      <w:r w:rsidRPr="000752AF">
        <w:rPr>
          <w:rFonts w:asciiTheme="majorHAnsi" w:hAnsiTheme="majorHAnsi" w:cstheme="majorHAnsi"/>
        </w:rPr>
        <w:t>Jaký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vtip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přirovnání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rým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nebo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slovní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hříčku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byste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mohli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použít</w:t>
      </w:r>
      <w:proofErr w:type="spellEnd"/>
      <w:r w:rsidRPr="000752AF">
        <w:rPr>
          <w:rFonts w:asciiTheme="majorHAnsi" w:hAnsiTheme="majorHAnsi" w:cstheme="majorHAnsi"/>
        </w:rPr>
        <w:t>?</w:t>
      </w:r>
    </w:p>
    <w:p w14:paraId="7C1D9B4F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1467FA88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32233273" w14:textId="77777777" w:rsidR="00C85DD2" w:rsidRPr="000752AF" w:rsidRDefault="00C85DD2">
      <w:pPr>
        <w:rPr>
          <w:rFonts w:asciiTheme="majorHAnsi" w:hAnsiTheme="majorHAnsi" w:cstheme="majorHAnsi"/>
        </w:rPr>
      </w:pPr>
    </w:p>
    <w:p w14:paraId="13C221D1" w14:textId="74267B48" w:rsidR="00C85DD2" w:rsidRPr="000752AF" w:rsidRDefault="00C85DD2">
      <w:pPr>
        <w:rPr>
          <w:rFonts w:asciiTheme="majorHAnsi" w:hAnsiTheme="majorHAnsi" w:cstheme="majorHAnsi"/>
        </w:rPr>
      </w:pPr>
    </w:p>
    <w:p w14:paraId="03546E7F" w14:textId="591FC2FF" w:rsidR="00A26ABE" w:rsidRPr="000752AF" w:rsidRDefault="00A26ABE">
      <w:pPr>
        <w:rPr>
          <w:rFonts w:asciiTheme="majorHAnsi" w:hAnsiTheme="majorHAnsi" w:cstheme="majorHAnsi"/>
        </w:rPr>
      </w:pPr>
    </w:p>
    <w:p w14:paraId="328887B5" w14:textId="3ACAF7C8" w:rsidR="00A26ABE" w:rsidRPr="000752AF" w:rsidRDefault="00A26ABE">
      <w:pPr>
        <w:rPr>
          <w:rFonts w:asciiTheme="majorHAnsi" w:hAnsiTheme="majorHAnsi" w:cstheme="majorHAnsi"/>
        </w:rPr>
      </w:pPr>
    </w:p>
    <w:p w14:paraId="17908302" w14:textId="77777777" w:rsidR="00A26ABE" w:rsidRPr="000752AF" w:rsidRDefault="00A26ABE">
      <w:pPr>
        <w:rPr>
          <w:rFonts w:asciiTheme="majorHAnsi" w:hAnsiTheme="majorHAnsi" w:cstheme="majorHAnsi"/>
        </w:rPr>
      </w:pPr>
    </w:p>
    <w:p w14:paraId="5B8FD8BD" w14:textId="77777777" w:rsidR="00DD255E" w:rsidRPr="000752AF" w:rsidRDefault="00A26ABE">
      <w:pPr>
        <w:pStyle w:val="Nadpis1"/>
        <w:rPr>
          <w:rFonts w:cstheme="majorHAnsi"/>
        </w:rPr>
      </w:pPr>
      <w:r w:rsidRPr="000752AF">
        <w:rPr>
          <w:rFonts w:cstheme="majorHAnsi"/>
        </w:rPr>
        <w:t xml:space="preserve">5. </w:t>
      </w:r>
      <w:proofErr w:type="spellStart"/>
      <w:r w:rsidRPr="000752AF">
        <w:rPr>
          <w:rFonts w:cstheme="majorHAnsi"/>
        </w:rPr>
        <w:t>Malý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básnický</w:t>
      </w:r>
      <w:proofErr w:type="spellEnd"/>
      <w:r w:rsidRPr="000752AF">
        <w:rPr>
          <w:rFonts w:cstheme="majorHAnsi"/>
        </w:rPr>
        <w:t xml:space="preserve"> </w:t>
      </w:r>
      <w:proofErr w:type="spellStart"/>
      <w:r w:rsidRPr="000752AF">
        <w:rPr>
          <w:rFonts w:cstheme="majorHAnsi"/>
        </w:rPr>
        <w:t>pokus</w:t>
      </w:r>
      <w:proofErr w:type="spellEnd"/>
    </w:p>
    <w:p w14:paraId="387AAE64" w14:textId="5FE0D946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Napište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alespoň</w:t>
      </w:r>
      <w:proofErr w:type="spellEnd"/>
      <w:r w:rsidRPr="000752AF">
        <w:rPr>
          <w:rFonts w:asciiTheme="majorHAnsi" w:hAnsiTheme="majorHAnsi" w:cstheme="majorHAnsi"/>
        </w:rPr>
        <w:t xml:space="preserve"> 4 </w:t>
      </w:r>
      <w:proofErr w:type="spellStart"/>
      <w:r w:rsidRPr="000752AF">
        <w:rPr>
          <w:rFonts w:asciiTheme="majorHAnsi" w:hAnsiTheme="majorHAnsi" w:cstheme="majorHAnsi"/>
        </w:rPr>
        <w:t>verše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svém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zvířeti</w:t>
      </w:r>
      <w:proofErr w:type="spellEnd"/>
      <w:r w:rsidRPr="000752AF">
        <w:rPr>
          <w:rFonts w:asciiTheme="majorHAnsi" w:hAnsiTheme="majorHAnsi" w:cstheme="majorHAnsi"/>
        </w:rPr>
        <w:t xml:space="preserve">. </w:t>
      </w:r>
      <w:proofErr w:type="spellStart"/>
      <w:r w:rsidRPr="000752AF">
        <w:rPr>
          <w:rFonts w:asciiTheme="majorHAnsi" w:hAnsiTheme="majorHAnsi" w:cstheme="majorHAnsi"/>
        </w:rPr>
        <w:t>Nemusí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být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dokonalé</w:t>
      </w:r>
      <w:proofErr w:type="spellEnd"/>
      <w:r w:rsidRPr="000752AF">
        <w:rPr>
          <w:rFonts w:asciiTheme="majorHAnsi" w:hAnsiTheme="majorHAnsi" w:cstheme="majorHAnsi"/>
        </w:rPr>
        <w:t xml:space="preserve">. </w:t>
      </w:r>
      <w:proofErr w:type="spellStart"/>
      <w:r w:rsidRPr="000752AF">
        <w:rPr>
          <w:rFonts w:asciiTheme="majorHAnsi" w:hAnsiTheme="majorHAnsi" w:cstheme="majorHAnsi"/>
        </w:rPr>
        <w:t>Důležitěj</w:t>
      </w:r>
      <w:r w:rsidR="000752AF">
        <w:rPr>
          <w:rFonts w:asciiTheme="majorHAnsi" w:hAnsiTheme="majorHAnsi" w:cstheme="majorHAnsi"/>
        </w:rPr>
        <w:t>ší</w:t>
      </w:r>
      <w:proofErr w:type="spellEnd"/>
      <w:r w:rsidR="000752AF">
        <w:rPr>
          <w:rFonts w:asciiTheme="majorHAnsi" w:hAnsiTheme="majorHAnsi" w:cstheme="majorHAnsi"/>
        </w:rPr>
        <w:t xml:space="preserve"> je, aby v </w:t>
      </w:r>
      <w:proofErr w:type="spellStart"/>
      <w:r w:rsidR="000752AF">
        <w:rPr>
          <w:rFonts w:asciiTheme="majorHAnsi" w:hAnsiTheme="majorHAnsi" w:cstheme="majorHAnsi"/>
        </w:rPr>
        <w:t>nich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byla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skutečný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zajímavý</w:t>
      </w:r>
      <w:proofErr w:type="spellEnd"/>
      <w:r w:rsidR="000752AF">
        <w:rPr>
          <w:rFonts w:asciiTheme="majorHAnsi" w:hAnsiTheme="majorHAnsi" w:cstheme="majorHAnsi"/>
        </w:rPr>
        <w:t xml:space="preserve"> </w:t>
      </w:r>
      <w:proofErr w:type="spellStart"/>
      <w:r w:rsidR="000752AF">
        <w:rPr>
          <w:rFonts w:asciiTheme="majorHAnsi" w:hAnsiTheme="majorHAnsi" w:cstheme="majorHAnsi"/>
        </w:rPr>
        <w:t>fakt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zvířeti</w:t>
      </w:r>
      <w:proofErr w:type="spellEnd"/>
      <w:r w:rsidRPr="000752AF">
        <w:rPr>
          <w:rFonts w:asciiTheme="majorHAnsi" w:hAnsiTheme="majorHAnsi" w:cstheme="majorHAnsi"/>
        </w:rPr>
        <w:t xml:space="preserve"> a </w:t>
      </w:r>
      <w:proofErr w:type="spellStart"/>
      <w:r w:rsidRPr="000752AF">
        <w:rPr>
          <w:rFonts w:asciiTheme="majorHAnsi" w:hAnsiTheme="majorHAnsi" w:cstheme="majorHAnsi"/>
        </w:rPr>
        <w:t>váš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vlastní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nápad</w:t>
      </w:r>
      <w:proofErr w:type="spellEnd"/>
      <w:r w:rsidRPr="000752AF">
        <w:rPr>
          <w:rFonts w:asciiTheme="majorHAnsi" w:hAnsiTheme="majorHAnsi" w:cstheme="majorHAnsi"/>
        </w:rPr>
        <w:t>.</w:t>
      </w:r>
    </w:p>
    <w:p w14:paraId="76538A17" w14:textId="77777777" w:rsidR="00C85DD2" w:rsidRPr="000752AF" w:rsidRDefault="00C85DD2">
      <w:pPr>
        <w:pStyle w:val="Nadpis1"/>
        <w:rPr>
          <w:rFonts w:cstheme="majorHAnsi"/>
        </w:rPr>
      </w:pPr>
    </w:p>
    <w:p w14:paraId="6856682A" w14:textId="77777777" w:rsidR="00C85DD2" w:rsidRPr="000752AF" w:rsidRDefault="00C85DD2">
      <w:pPr>
        <w:pStyle w:val="Nadpis1"/>
        <w:rPr>
          <w:rFonts w:cstheme="majorHAnsi"/>
        </w:rPr>
      </w:pPr>
    </w:p>
    <w:p w14:paraId="19CECAFA" w14:textId="77777777" w:rsidR="00C85DD2" w:rsidRPr="000752AF" w:rsidRDefault="00C85DD2">
      <w:pPr>
        <w:pStyle w:val="Nadpis1"/>
        <w:rPr>
          <w:rFonts w:cstheme="majorHAnsi"/>
        </w:rPr>
      </w:pPr>
    </w:p>
    <w:p w14:paraId="028215EF" w14:textId="55E6FEEE" w:rsidR="00DD255E" w:rsidRPr="000752AF" w:rsidRDefault="00A26ABE">
      <w:pPr>
        <w:pStyle w:val="Nadpis1"/>
        <w:rPr>
          <w:rFonts w:cstheme="majorHAnsi"/>
        </w:rPr>
      </w:pPr>
      <w:r w:rsidRPr="000752AF">
        <w:rPr>
          <w:rFonts w:cstheme="majorHAnsi"/>
        </w:rPr>
        <w:t xml:space="preserve">6. Na </w:t>
      </w:r>
      <w:proofErr w:type="spellStart"/>
      <w:r w:rsidRPr="000752AF">
        <w:rPr>
          <w:rFonts w:cstheme="majorHAnsi"/>
        </w:rPr>
        <w:t>závěr</w:t>
      </w:r>
      <w:proofErr w:type="spellEnd"/>
    </w:p>
    <w:p w14:paraId="11727E2F" w14:textId="736EEDB0" w:rsidR="00DD255E" w:rsidRPr="000752AF" w:rsidRDefault="00A26ABE">
      <w:pPr>
        <w:rPr>
          <w:rFonts w:asciiTheme="majorHAnsi" w:hAnsiTheme="majorHAnsi" w:cstheme="majorHAnsi"/>
        </w:rPr>
      </w:pPr>
      <w:proofErr w:type="spellStart"/>
      <w:r w:rsidRPr="000752AF">
        <w:rPr>
          <w:rFonts w:asciiTheme="majorHAnsi" w:hAnsiTheme="majorHAnsi" w:cstheme="majorHAnsi"/>
        </w:rPr>
        <w:t>Změnil</w:t>
      </w:r>
      <w:proofErr w:type="spellEnd"/>
      <w:r w:rsidRPr="000752AF">
        <w:rPr>
          <w:rFonts w:asciiTheme="majorHAnsi" w:hAnsiTheme="majorHAnsi" w:cstheme="majorHAnsi"/>
        </w:rPr>
        <w:t xml:space="preserve"> se </w:t>
      </w:r>
      <w:proofErr w:type="spellStart"/>
      <w:r w:rsidRPr="000752AF">
        <w:rPr>
          <w:rFonts w:asciiTheme="majorHAnsi" w:hAnsiTheme="majorHAnsi" w:cstheme="majorHAnsi"/>
        </w:rPr>
        <w:t>po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přečtení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básní</w:t>
      </w:r>
      <w:proofErr w:type="spellEnd"/>
      <w:r w:rsidRPr="000752AF">
        <w:rPr>
          <w:rFonts w:asciiTheme="majorHAnsi" w:hAnsiTheme="majorHAnsi" w:cstheme="majorHAnsi"/>
        </w:rPr>
        <w:t xml:space="preserve"> v PL </w:t>
      </w:r>
      <w:proofErr w:type="spellStart"/>
      <w:r w:rsidRPr="000752AF">
        <w:rPr>
          <w:rFonts w:asciiTheme="majorHAnsi" w:hAnsiTheme="majorHAnsi" w:cstheme="majorHAnsi"/>
        </w:rPr>
        <w:t>nějak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váš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pohled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zvířata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nebo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na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básně</w:t>
      </w:r>
      <w:proofErr w:type="spellEnd"/>
      <w:r w:rsidRPr="000752AF">
        <w:rPr>
          <w:rFonts w:asciiTheme="majorHAnsi" w:hAnsiTheme="majorHAnsi" w:cstheme="majorHAnsi"/>
        </w:rPr>
        <w:t xml:space="preserve"> o </w:t>
      </w:r>
      <w:proofErr w:type="spellStart"/>
      <w:r w:rsidRPr="000752AF">
        <w:rPr>
          <w:rFonts w:asciiTheme="majorHAnsi" w:hAnsiTheme="majorHAnsi" w:cstheme="majorHAnsi"/>
        </w:rPr>
        <w:t>zvířatech</w:t>
      </w:r>
      <w:proofErr w:type="spellEnd"/>
      <w:r w:rsidRPr="000752AF">
        <w:rPr>
          <w:rFonts w:asciiTheme="majorHAnsi" w:hAnsiTheme="majorHAnsi" w:cstheme="majorHAnsi"/>
        </w:rPr>
        <w:t xml:space="preserve">? </w:t>
      </w:r>
      <w:proofErr w:type="spellStart"/>
      <w:r w:rsidRPr="000752AF">
        <w:rPr>
          <w:rFonts w:asciiTheme="majorHAnsi" w:hAnsiTheme="majorHAnsi" w:cstheme="majorHAnsi"/>
        </w:rPr>
        <w:t>Pokud</w:t>
      </w:r>
      <w:proofErr w:type="spellEnd"/>
      <w:r w:rsidRPr="000752AF">
        <w:rPr>
          <w:rFonts w:asciiTheme="majorHAnsi" w:hAnsiTheme="majorHAnsi" w:cstheme="majorHAnsi"/>
        </w:rPr>
        <w:t xml:space="preserve"> </w:t>
      </w:r>
      <w:proofErr w:type="spellStart"/>
      <w:r w:rsidRPr="000752AF">
        <w:rPr>
          <w:rFonts w:asciiTheme="majorHAnsi" w:hAnsiTheme="majorHAnsi" w:cstheme="majorHAnsi"/>
        </w:rPr>
        <w:t>ano</w:t>
      </w:r>
      <w:proofErr w:type="spellEnd"/>
      <w:r w:rsidRPr="000752AF">
        <w:rPr>
          <w:rFonts w:asciiTheme="majorHAnsi" w:hAnsiTheme="majorHAnsi" w:cstheme="majorHAnsi"/>
        </w:rPr>
        <w:t xml:space="preserve">, </w:t>
      </w:r>
      <w:proofErr w:type="spellStart"/>
      <w:r w:rsidRPr="000752AF">
        <w:rPr>
          <w:rFonts w:asciiTheme="majorHAnsi" w:hAnsiTheme="majorHAnsi" w:cstheme="majorHAnsi"/>
        </w:rPr>
        <w:t>jak</w:t>
      </w:r>
      <w:proofErr w:type="spellEnd"/>
      <w:r w:rsidRPr="000752AF">
        <w:rPr>
          <w:rFonts w:asciiTheme="majorHAnsi" w:hAnsiTheme="majorHAnsi" w:cstheme="majorHAnsi"/>
        </w:rPr>
        <w:t xml:space="preserve">? </w:t>
      </w:r>
    </w:p>
    <w:sectPr w:rsidR="00DD255E" w:rsidRPr="000752AF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52AF"/>
    <w:rsid w:val="0015074B"/>
    <w:rsid w:val="001A5EF6"/>
    <w:rsid w:val="00224775"/>
    <w:rsid w:val="0029639D"/>
    <w:rsid w:val="00326F90"/>
    <w:rsid w:val="00355699"/>
    <w:rsid w:val="0040080A"/>
    <w:rsid w:val="00701616"/>
    <w:rsid w:val="008B10DE"/>
    <w:rsid w:val="00A26ABE"/>
    <w:rsid w:val="00AA1D8D"/>
    <w:rsid w:val="00B47730"/>
    <w:rsid w:val="00B9677F"/>
    <w:rsid w:val="00C85DD2"/>
    <w:rsid w:val="00CB0664"/>
    <w:rsid w:val="00DD25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3E67D"/>
  <w14:defaultImageDpi w14:val="300"/>
  <w15:docId w15:val="{496D14C5-3831-4911-A2C7-CFAA606B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CF19D3-B2D0-48CF-BF9A-C84BC3E16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789</Words>
  <Characters>4658</Characters>
  <Application>Microsoft Office Word</Application>
  <DocSecurity>0</DocSecurity>
  <Lines>38</Lines>
  <Paragraphs>10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Nadpisy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/>
      <vt:lpstr>1. Než začnete číst</vt:lpstr>
      <vt:lpstr>2. Texty k přečtení</vt:lpstr>
      <vt:lpstr>3. Jak na vás verše působily?</vt:lpstr>
      <vt:lpstr>4. Od zajímavosti k básničce</vt:lpstr>
      <vt:lpstr>5. Malý básnický pokus</vt:lpstr>
      <vt:lpstr/>
      <vt:lpstr/>
      <vt:lpstr/>
      <vt:lpstr>6. Na závěr</vt:lpstr>
      <vt:lpstr/>
    </vt:vector>
  </TitlesOfParts>
  <Manager/>
  <Company/>
  <LinksUpToDate>false</LinksUpToDate>
  <CharactersWithSpaces>5437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Soukal Josef</cp:lastModifiedBy>
  <cp:revision>5</cp:revision>
  <dcterms:created xsi:type="dcterms:W3CDTF">2026-10-15T19:07:00Z</dcterms:created>
  <dcterms:modified xsi:type="dcterms:W3CDTF">2026-10-25T12:08:00Z</dcterms:modified>
  <cp:category/>
</cp:coreProperties>
</file>